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240"/>
        <w:jc w:val="center"/>
      </w:pPr>
      <w:r>
        <w:rPr>
          <w:rFonts w:ascii="Times New Roman" w:hAnsi="Times New Roman"/>
          <w:b/>
          <w:color w:val="1976D2"/>
          <w:sz w:val="48"/>
        </w:rPr>
        <w:t>Architectural Safeguards Against LLM Hierarchical Dominance</w:t>
      </w:r>
    </w:p>
    <w:p>
      <w:pPr>
        <w:spacing w:before="360" w:after="200"/>
      </w:pPr>
      <w:r>
        <w:rPr>
          <w:rFonts w:ascii="Times New Roman" w:hAnsi="Times New Roman"/>
          <w:b/>
          <w:color w:val="1976D2"/>
          <w:sz w:val="36"/>
        </w:rPr>
        <w:t>How Tractatus Protects Plural Morals from AI Pattern Bias</w:t>
      </w:r>
    </w:p>
    <w:p>
      <w:pPr>
        <w:spacing w:line="384" w:lineRule="auto" w:after="200"/>
        <w:jc w:val="both"/>
      </w:pPr>
      <w:r>
        <w:rPr>
          <w:rFonts w:ascii="Times New Roman" w:hAnsi="Times New Roman"/>
          <w:b/>
          <w:sz w:val="24"/>
        </w:rPr>
        <w:t>Critical Question:</w:t>
      </w:r>
      <w:r>
        <w:rPr>
          <w:rFonts w:ascii="Times New Roman" w:hAnsi="Times New Roman"/>
          <w:sz w:val="24"/>
        </w:rPr>
        <w:t xml:space="preserve"> How does Tractatus prevent the underlying LLM from imposing hierarchical pattern bias while simultaneously maintaining safety boundaries?</w:t>
      </w:r>
    </w:p>
    <w:p>
      <w:pPr>
        <w:spacing w:line="384" w:lineRule="auto" w:after="200"/>
        <w:jc w:val="both"/>
      </w:pPr>
      <w:r>
        <w:rPr>
          <w:rFonts w:ascii="Times New Roman" w:hAnsi="Times New Roman"/>
          <w:b/>
          <w:sz w:val="24"/>
        </w:rPr>
        <w:t>Document Type:</w:t>
      </w:r>
      <w:r>
        <w:rPr>
          <w:rFonts w:ascii="Times New Roman" w:hAnsi="Times New Roman"/>
          <w:sz w:val="24"/>
        </w:rPr>
        <w:t xml:space="preserve"> Technical Deep Dive</w:t>
      </w:r>
    </w:p>
    <w:p>
      <w:pPr>
        <w:spacing w:line="384" w:lineRule="auto" w:after="200"/>
        <w:jc w:val="both"/>
      </w:pPr>
      <w:r>
        <w:rPr>
          <w:rFonts w:ascii="Times New Roman" w:hAnsi="Times New Roman"/>
          <w:b/>
          <w:sz w:val="24"/>
        </w:rPr>
        <w:t>Purpose:</w:t>
      </w:r>
      <w:r>
        <w:rPr>
          <w:rFonts w:ascii="Times New Roman" w:hAnsi="Times New Roman"/>
          <w:sz w:val="24"/>
        </w:rPr>
        <w:t xml:space="preserve"> Address the apparent paradox of rules-based safety + non-hierarchical moral pluralism</w:t>
      </w:r>
    </w:p>
    <w:p>
      <w:pPr>
        <w:spacing w:line="384" w:lineRule="auto" w:after="200"/>
        <w:jc w:val="both"/>
      </w:pPr>
      <w:r>
        <w:rPr>
          <w:rFonts w:ascii="Times New Roman" w:hAnsi="Times New Roman"/>
          <w:b/>
          <w:sz w:val="24"/>
        </w:rPr>
        <w:t>Audience:</w:t>
      </w:r>
      <w:r>
        <w:rPr>
          <w:rFonts w:ascii="Times New Roman" w:hAnsi="Times New Roman"/>
          <w:sz w:val="24"/>
        </w:rPr>
        <w:t xml:space="preserve"> AI safety researchers, critical thinkers, skeptics</w:t>
      </w:r>
    </w:p>
    <w:p>
      <w:pPr>
        <w:spacing w:line="384" w:lineRule="auto" w:after="200"/>
        <w:jc w:val="both"/>
      </w:pPr>
      <w:r>
        <w:rPr>
          <w:rFonts w:ascii="Times New Roman" w:hAnsi="Times New Roman"/>
          <w:b/>
          <w:sz w:val="24"/>
        </w:rPr>
        <w:t>Date:</w:t>
      </w:r>
      <w:r>
        <w:rPr>
          <w:rFonts w:ascii="Times New Roman" w:hAnsi="Times New Roman"/>
          <w:sz w:val="24"/>
        </w:rPr>
        <w:t xml:space="preserve"> October 17, 2025</w:t>
      </w:r>
    </w:p>
    <w:p/>
    <w:p>
      <w:pPr>
        <w:spacing w:before="360" w:after="200"/>
      </w:pPr>
      <w:r>
        <w:rPr>
          <w:rFonts w:ascii="Times New Roman" w:hAnsi="Times New Roman"/>
          <w:b/>
          <w:color w:val="1976D2"/>
          <w:sz w:val="36"/>
        </w:rPr>
        <w:t>Executive Summary</w:t>
      </w:r>
    </w:p>
    <w:p>
      <w:pPr>
        <w:spacing w:before="280" w:after="160"/>
      </w:pPr>
      <w:r>
        <w:rPr>
          <w:rFonts w:ascii="Times New Roman" w:hAnsi="Times New Roman"/>
          <w:b/>
          <w:color w:val="424242"/>
          <w:sz w:val="28"/>
        </w:rPr>
        <w:t>The Core Threat: LLM Hierarchical Pattern Reinforcement</w:t>
      </w:r>
    </w:p>
    <w:p>
      <w:pPr>
        <w:spacing w:line="384" w:lineRule="auto" w:after="200"/>
        <w:jc w:val="both"/>
      </w:pPr>
      <w:r>
        <w:rPr>
          <w:rFonts w:ascii="Times New Roman" w:hAnsi="Times New Roman"/>
          <w:b/>
          <w:sz w:val="24"/>
        </w:rPr>
        <w:t>The Problem:</w:t>
      </w:r>
    </w:p>
    <w:p>
      <w:pPr>
        <w:spacing w:line="384" w:lineRule="auto" w:after="200"/>
        <w:jc w:val="both"/>
      </w:pPr>
      <w:r>
        <w:rPr>
          <w:rFonts w:ascii="Times New Roman" w:hAnsi="Times New Roman"/>
          <w:sz w:val="24"/>
        </w:rPr>
        <w:t>Large Language Models (LLMs) are trained on massive corpora that encode cultural hierarchies, majority values, and power structures. As LLMs grow in capacity, they amplify these patterns through:</w:t>
      </w:r>
    </w:p>
    <w:p>
      <w:pPr>
        <w:pStyle w:val="ListNumber"/>
        <w:spacing w:line="276" w:lineRule="auto"/>
      </w:pPr>
      <w:r>
        <w:rPr>
          <w:rFonts w:ascii="Times New Roman" w:hAnsi="Times New Roman"/>
          <w:b/>
          <w:sz w:val="24"/>
        </w:rPr>
        <w:t>Statistical Dominance:</w:t>
      </w:r>
      <w:r>
        <w:rPr>
          <w:rFonts w:ascii="Times New Roman" w:hAnsi="Times New Roman"/>
          <w:sz w:val="24"/>
        </w:rPr>
        <w:t xml:space="preserve"> Training data overrepresents majority perspectives</w:t>
      </w:r>
    </w:p>
    <w:p>
      <w:pPr>
        <w:pStyle w:val="ListNumber"/>
        <w:spacing w:line="276" w:lineRule="auto"/>
      </w:pPr>
      <w:r>
        <w:rPr>
          <w:rFonts w:ascii="Times New Roman" w:hAnsi="Times New Roman"/>
          <w:b/>
          <w:sz w:val="24"/>
        </w:rPr>
        <w:t>Coherence Pressure:</w:t>
      </w:r>
      <w:r>
        <w:rPr>
          <w:rFonts w:ascii="Times New Roman" w:hAnsi="Times New Roman"/>
          <w:sz w:val="24"/>
        </w:rPr>
        <w:t xml:space="preserve"> Models trained via RLHF to give confident, unified answers (not plural, conflicted ones)</w:t>
      </w:r>
    </w:p>
    <w:p>
      <w:pPr>
        <w:pStyle w:val="ListNumber"/>
        <w:spacing w:line="276" w:lineRule="auto"/>
      </w:pPr>
      <w:r>
        <w:rPr>
          <w:rFonts w:ascii="Times New Roman" w:hAnsi="Times New Roman"/>
          <w:b/>
          <w:sz w:val="24"/>
        </w:rPr>
        <w:t>Authority Mimicry:</w:t>
      </w:r>
      <w:r>
        <w:rPr>
          <w:rFonts w:ascii="Times New Roman" w:hAnsi="Times New Roman"/>
          <w:sz w:val="24"/>
        </w:rPr>
        <w:t xml:space="preserve"> Models learn to sound authoritative, creating illusion of objective truth</w:t>
      </w:r>
    </w:p>
    <w:p>
      <w:pPr>
        <w:pStyle w:val="ListNumber"/>
        <w:spacing w:line="276" w:lineRule="auto"/>
      </w:pPr>
      <w:r>
        <w:rPr>
          <w:rFonts w:ascii="Times New Roman" w:hAnsi="Times New Roman"/>
          <w:b/>
          <w:sz w:val="24"/>
        </w:rPr>
        <w:t>Feedback Loops:</w:t>
      </w:r>
      <w:r>
        <w:rPr>
          <w:rFonts w:ascii="Times New Roman" w:hAnsi="Times New Roman"/>
          <w:sz w:val="24"/>
        </w:rPr>
        <w:t xml:space="preserve"> User interactions reinforce dominant patterns (popularity bias)</w:t>
      </w:r>
    </w:p>
    <w:p>
      <w:pPr>
        <w:pStyle w:val="ListNumber"/>
        <w:spacing w:line="276" w:lineRule="auto"/>
      </w:pPr>
      <w:r>
        <w:rPr>
          <w:rFonts w:ascii="Times New Roman" w:hAnsi="Times New Roman"/>
          <w:b/>
          <w:sz w:val="24"/>
        </w:rPr>
        <w:t>Optimization Momentum:</w:t>
      </w:r>
      <w:r>
        <w:rPr>
          <w:rFonts w:ascii="Times New Roman" w:hAnsi="Times New Roman"/>
          <w:sz w:val="24"/>
        </w:rPr>
        <w:t xml:space="preserve"> Larger models = stronger pattern matching = harder to deviate from training distribution</w:t>
      </w:r>
    </w:p>
    <w:p>
      <w:pPr>
        <w:spacing w:line="384" w:lineRule="auto" w:after="200"/>
        <w:jc w:val="both"/>
      </w:pPr>
      <w:r>
        <w:rPr>
          <w:rFonts w:ascii="Times New Roman" w:hAnsi="Times New Roman"/>
          <w:b/>
          <w:sz w:val="24"/>
        </w:rPr>
        <w:t>Result:</w:t>
      </w:r>
      <w:r>
        <w:rPr>
          <w:rFonts w:ascii="Times New Roman" w:hAnsi="Times New Roman"/>
          <w:sz w:val="24"/>
        </w:rPr>
        <w:t xml:space="preserve"> Even well-intentioned AI systems can become </w:t>
      </w:r>
      <w:r>
        <w:rPr>
          <w:rFonts w:ascii="Times New Roman" w:hAnsi="Times New Roman"/>
          <w:b/>
          <w:sz w:val="24"/>
        </w:rPr>
        <w:t>amoral intelligences</w:t>
      </w:r>
      <w:r>
        <w:rPr>
          <w:rFonts w:ascii="Times New Roman" w:hAnsi="Times New Roman"/>
          <w:sz w:val="24"/>
        </w:rPr>
        <w:t xml:space="preserve"> that enforce dominant cultural patterns as if they were universal truths, steamrolling minority values, marginalized perspectives, and non-Western moral frameworks.</w:t>
      </w:r>
    </w:p>
    <w:p/>
    <w:p>
      <w:pPr>
        <w:spacing w:before="280" w:after="160"/>
      </w:pPr>
      <w:r>
        <w:rPr>
          <w:rFonts w:ascii="Times New Roman" w:hAnsi="Times New Roman"/>
          <w:b/>
          <w:color w:val="424242"/>
          <w:sz w:val="28"/>
        </w:rPr>
        <w:t>The Apparent Paradox in Tractatus</w:t>
      </w:r>
    </w:p>
    <w:p>
      <w:pPr>
        <w:spacing w:line="384" w:lineRule="auto" w:after="200"/>
        <w:jc w:val="both"/>
      </w:pPr>
      <w:r>
        <w:rPr>
          <w:rFonts w:ascii="Times New Roman" w:hAnsi="Times New Roman"/>
          <w:sz w:val="24"/>
        </w:rPr>
        <w:t>Tractatus appears to have contradictory design goals:</w:t>
      </w:r>
    </w:p>
    <w:p>
      <w:pPr>
        <w:spacing w:line="384" w:lineRule="auto" w:after="200"/>
        <w:jc w:val="both"/>
      </w:pPr>
      <w:r>
        <w:rPr>
          <w:rFonts w:ascii="Times New Roman" w:hAnsi="Times New Roman"/>
          <w:b/>
          <w:sz w:val="24"/>
        </w:rPr>
        <w:t>Side A: Hierarchical Rules System</w:t>
      </w:r>
    </w:p>
    <w:p>
      <w:pPr>
        <w:pStyle w:val="ListBullet"/>
        <w:spacing w:line="276" w:lineRule="auto"/>
      </w:pPr>
      <w:r>
        <w:rPr>
          <w:rFonts w:ascii="Times New Roman" w:hAnsi="Times New Roman"/>
          <w:sz w:val="24"/>
        </w:rPr>
        <w:t>BoundaryEnforcer blocks unethical requests (hierarchical: ethics &gt; user intent)</w:t>
      </w:r>
    </w:p>
    <w:p>
      <w:pPr>
        <w:pStyle w:val="ListBullet"/>
        <w:spacing w:line="276" w:lineRule="auto"/>
      </w:pPr>
      <w:r>
        <w:rPr>
          <w:rFonts w:ascii="Times New Roman" w:hAnsi="Times New Roman"/>
          <w:sz w:val="24"/>
        </w:rPr>
        <w:t>Instruction persistence (HIGH &gt; MEDIUM &gt; LOW)</w:t>
      </w:r>
    </w:p>
    <w:p>
      <w:pPr>
        <w:pStyle w:val="ListBullet"/>
        <w:spacing w:line="276" w:lineRule="auto"/>
      </w:pPr>
      <w:r>
        <w:rPr>
          <w:rFonts w:ascii="Times New Roman" w:hAnsi="Times New Roman"/>
          <w:sz w:val="24"/>
        </w:rPr>
        <w:t>Pre-action checks enforce compliance</w:t>
      </w:r>
    </w:p>
    <w:p>
      <w:pPr>
        <w:pStyle w:val="ListBullet"/>
        <w:spacing w:line="276" w:lineRule="auto"/>
      </w:pPr>
      <w:r>
        <w:rPr>
          <w:rFonts w:ascii="Times New Roman" w:hAnsi="Times New Roman"/>
          <w:sz w:val="24"/>
        </w:rPr>
        <w:t>System can refuse user requests</w:t>
      </w:r>
    </w:p>
    <w:p>
      <w:pPr>
        <w:spacing w:line="384" w:lineRule="auto" w:after="200"/>
        <w:jc w:val="both"/>
      </w:pPr>
      <w:r>
        <w:rPr>
          <w:rFonts w:ascii="Times New Roman" w:hAnsi="Times New Roman"/>
          <w:b/>
          <w:sz w:val="24"/>
        </w:rPr>
        <w:t>Side B: Non-Hierarchical Plural Morals</w:t>
      </w:r>
    </w:p>
    <w:p>
      <w:pPr>
        <w:pStyle w:val="ListBullet"/>
        <w:spacing w:line="276" w:lineRule="auto"/>
      </w:pPr>
      <w:r>
        <w:rPr>
          <w:rFonts w:ascii="Times New Roman" w:hAnsi="Times New Roman"/>
          <w:sz w:val="24"/>
        </w:rPr>
        <w:t>Pluralistic deliberation treats all values as legitimate</w:t>
      </w:r>
    </w:p>
    <w:p>
      <w:pPr>
        <w:pStyle w:val="ListBullet"/>
        <w:spacing w:line="276" w:lineRule="auto"/>
      </w:pPr>
      <w:r>
        <w:rPr>
          <w:rFonts w:ascii="Times New Roman" w:hAnsi="Times New Roman"/>
          <w:sz w:val="24"/>
        </w:rPr>
        <w:t>No single value framework dominates</w:t>
      </w:r>
    </w:p>
    <w:p>
      <w:pPr>
        <w:pStyle w:val="ListBullet"/>
        <w:spacing w:line="276" w:lineRule="auto"/>
      </w:pPr>
      <w:r>
        <w:rPr>
          <w:rFonts w:ascii="Times New Roman" w:hAnsi="Times New Roman"/>
          <w:sz w:val="24"/>
        </w:rPr>
        <w:t>User can override boundaries after deliberation</w:t>
      </w:r>
    </w:p>
    <w:p>
      <w:pPr>
        <w:pStyle w:val="ListBullet"/>
        <w:spacing w:line="276" w:lineRule="auto"/>
      </w:pPr>
      <w:r>
        <w:rPr>
          <w:rFonts w:ascii="Times New Roman" w:hAnsi="Times New Roman"/>
          <w:sz w:val="24"/>
        </w:rPr>
        <w:t>Accommodations honor multiple conflicting values simultaneously</w:t>
      </w:r>
    </w:p>
    <w:p>
      <w:pPr>
        <w:spacing w:line="384" w:lineRule="auto" w:after="200"/>
        <w:jc w:val="both"/>
      </w:pPr>
      <w:r>
        <w:rPr>
          <w:rFonts w:ascii="Times New Roman" w:hAnsi="Times New Roman"/>
          <w:b/>
          <w:sz w:val="24"/>
        </w:rPr>
        <w:t>The Question:</w:t>
      </w:r>
      <w:r>
        <w:rPr>
          <w:rFonts w:ascii="Times New Roman" w:hAnsi="Times New Roman"/>
          <w:sz w:val="24"/>
        </w:rPr>
        <w:t xml:space="preserve"> How can both exist in the same system without collapse? How does Tractatus prevent the LLM from simply imposing its training biases during "deliberation"?</w:t>
      </w:r>
    </w:p>
    <w:p/>
    <w:p>
      <w:pPr>
        <w:spacing w:before="280" w:after="160"/>
      </w:pPr>
      <w:r>
        <w:rPr>
          <w:rFonts w:ascii="Times New Roman" w:hAnsi="Times New Roman"/>
          <w:b/>
          <w:color w:val="424242"/>
          <w:sz w:val="28"/>
        </w:rPr>
        <w:t>The Answer: Architectural Separation of Powers</w:t>
      </w:r>
    </w:p>
    <w:p>
      <w:pPr>
        <w:spacing w:line="384" w:lineRule="auto" w:after="200"/>
        <w:jc w:val="both"/>
      </w:pPr>
      <w:r>
        <w:rPr>
          <w:rFonts w:ascii="Times New Roman" w:hAnsi="Times New Roman"/>
          <w:sz w:val="24"/>
        </w:rPr>
        <w:t xml:space="preserve">Tractatus uses </w:t>
      </w:r>
      <w:r>
        <w:rPr>
          <w:rFonts w:ascii="Times New Roman" w:hAnsi="Times New Roman"/>
          <w:b/>
          <w:sz w:val="24"/>
        </w:rPr>
        <w:t>architectural partitioning</w:t>
      </w:r>
      <w:r>
        <w:rPr>
          <w:rFonts w:ascii="Times New Roman" w:hAnsi="Times New Roman"/>
          <w:sz w:val="24"/>
        </w:rPr>
        <w:t xml:space="preserve"> to separate:</w:t>
      </w:r>
    </w:p>
    <w:p>
      <w:pPr>
        <w:pStyle w:val="ListNumber"/>
        <w:spacing w:line="276" w:lineRule="auto"/>
      </w:pPr>
      <w:r>
        <w:rPr>
          <w:rFonts w:ascii="Times New Roman" w:hAnsi="Times New Roman"/>
          <w:b/>
          <w:sz w:val="24"/>
        </w:rPr>
        <w:t>What must be enforced</w:t>
      </w:r>
      <w:r>
        <w:rPr>
          <w:rFonts w:ascii="Times New Roman" w:hAnsi="Times New Roman"/>
          <w:sz w:val="24"/>
        </w:rPr>
        <w:t xml:space="preserve"> (non-negotiable boundaries)</w:t>
      </w:r>
    </w:p>
    <w:p>
      <w:pPr>
        <w:pStyle w:val="ListNumber"/>
        <w:spacing w:line="276" w:lineRule="auto"/>
      </w:pPr>
      <w:r>
        <w:rPr>
          <w:rFonts w:ascii="Times New Roman" w:hAnsi="Times New Roman"/>
          <w:b/>
          <w:sz w:val="24"/>
        </w:rPr>
        <w:t>What must be plural</w:t>
      </w:r>
      <w:r>
        <w:rPr>
          <w:rFonts w:ascii="Times New Roman" w:hAnsi="Times New Roman"/>
          <w:sz w:val="24"/>
        </w:rPr>
        <w:t xml:space="preserve"> (values-based deliberation)</w:t>
      </w:r>
    </w:p>
    <w:p>
      <w:pPr>
        <w:pStyle w:val="ListNumber"/>
        <w:spacing w:line="276" w:lineRule="auto"/>
      </w:pPr>
      <w:r>
        <w:rPr>
          <w:rFonts w:ascii="Times New Roman" w:hAnsi="Times New Roman"/>
          <w:b/>
          <w:sz w:val="24"/>
        </w:rPr>
        <w:t>What prevents LLM dominance</w:t>
      </w:r>
      <w:r>
        <w:rPr>
          <w:rFonts w:ascii="Times New Roman" w:hAnsi="Times New Roman"/>
          <w:sz w:val="24"/>
        </w:rPr>
        <w:t xml:space="preserve"> (structural constraints on AI reasoning)</w:t>
      </w:r>
    </w:p>
    <w:p>
      <w:pPr>
        <w:spacing w:line="384" w:lineRule="auto" w:after="200"/>
        <w:jc w:val="both"/>
      </w:pPr>
      <w:r>
        <w:rPr>
          <w:rFonts w:ascii="Times New Roman" w:hAnsi="Times New Roman"/>
          <w:b/>
          <w:sz w:val="24"/>
        </w:rPr>
        <w:t>The key insight:</w:t>
      </w:r>
      <w:r>
        <w:rPr>
          <w:rFonts w:ascii="Times New Roman" w:hAnsi="Times New Roman"/>
          <w:sz w:val="24"/>
        </w:rPr>
        <w:t xml:space="preserve"> Safety boundaries are structural (code-enforced, not LLM-decided), while moral deliberation is facilitative (LLM generates options, user decides).</w:t>
      </w:r>
    </w:p>
    <w:p/>
    <w:p>
      <w:pPr>
        <w:spacing w:before="360" w:after="200"/>
      </w:pPr>
      <w:r>
        <w:rPr>
          <w:rFonts w:ascii="Times New Roman" w:hAnsi="Times New Roman"/>
          <w:b/>
          <w:color w:val="1976D2"/>
          <w:sz w:val="36"/>
        </w:rPr>
        <w:t>1. The Structural Architecture: Three Layers of Protection</w:t>
      </w:r>
    </w:p>
    <w:p>
      <w:pPr>
        <w:spacing w:before="280" w:after="160"/>
      </w:pPr>
      <w:r>
        <w:rPr>
          <w:rFonts w:ascii="Times New Roman" w:hAnsi="Times New Roman"/>
          <w:b/>
          <w:color w:val="424242"/>
          <w:sz w:val="28"/>
        </w:rPr>
        <w:t>Layer 1: Code-Enforced Boundaries (Immune to LLM Bias)</w:t>
      </w:r>
    </w:p>
    <w:p>
      <w:pPr>
        <w:spacing w:line="384" w:lineRule="auto" w:after="200"/>
        <w:jc w:val="both"/>
      </w:pPr>
      <w:r>
        <w:rPr>
          <w:rFonts w:ascii="Times New Roman" w:hAnsi="Times New Roman"/>
          <w:b/>
          <w:sz w:val="24"/>
        </w:rPr>
        <w:t>What It Does:</w:t>
      </w:r>
    </w:p>
    <w:p>
      <w:pPr>
        <w:spacing w:line="384" w:lineRule="auto" w:after="200"/>
        <w:jc w:val="both"/>
      </w:pPr>
      <w:r>
        <w:rPr>
          <w:rFonts w:ascii="Times New Roman" w:hAnsi="Times New Roman"/>
          <w:sz w:val="24"/>
        </w:rPr>
        <w:t xml:space="preserve">Certain constraints are enforced by </w:t>
      </w:r>
      <w:r>
        <w:rPr>
          <w:rFonts w:ascii="Times New Roman" w:hAnsi="Times New Roman"/>
          <w:b/>
          <w:sz w:val="24"/>
        </w:rPr>
        <w:t>code</w:t>
      </w:r>
      <w:r>
        <w:rPr>
          <w:rFonts w:ascii="Times New Roman" w:hAnsi="Times New Roman"/>
          <w:sz w:val="24"/>
        </w:rPr>
        <w:t>, not by the LLM's judgment. The LLM cannot override these through persuasion or reasoning.</w:t>
      </w:r>
    </w:p>
    <w:p>
      <w:pPr>
        <w:spacing w:line="384" w:lineRule="auto" w:after="200"/>
        <w:jc w:val="both"/>
      </w:pPr>
      <w:r>
        <w:rPr>
          <w:rFonts w:ascii="Times New Roman" w:hAnsi="Times New Roman"/>
          <w:b/>
          <w:sz w:val="24"/>
        </w:rPr>
        <w:t>Examples:</w:t>
      </w:r>
    </w:p>
    <w:p>
      <w:pPr>
        <w:spacing w:before="240" w:after="120"/>
      </w:pPr>
      <w:r>
        <w:rPr>
          <w:rFonts w:ascii="Times New Roman" w:hAnsi="Times New Roman"/>
          <w:b/>
          <w:sz w:val="24"/>
        </w:rPr>
        <w:t>Boundary Type 1: CRITICAL Ethical Violations (Hard Blocks)</w:t>
      </w:r>
    </w:p>
    <w:p>
      <w:pPr>
        <w:spacing w:line="384" w:lineRule="auto" w:after="200"/>
        <w:jc w:val="both"/>
      </w:pPr>
      <w:r>
        <w:rPr>
          <w:rFonts w:ascii="Times New Roman" w:hAnsi="Times New Roman"/>
          <w:b/>
          <w:sz w:val="24"/>
        </w:rPr>
        <w:t>Enforcement:</w:t>
      </w:r>
      <w:r>
        <w:rPr>
          <w:rFonts w:ascii="Times New Roman" w:hAnsi="Times New Roman"/>
          <w:sz w:val="24"/>
        </w:rPr>
        <w:t xml:space="preserve"> BoundaryEnforcer.js (JavaScript code, not LLM)</w:t>
      </w:r>
    </w:p>
    <w:p>
      <w:pPr>
        <w:spacing w:line="384" w:lineRule="auto" w:after="200"/>
        <w:jc w:val="both"/>
      </w:pPr>
      <w:r>
        <w:rPr>
          <w:rFonts w:ascii="Times New Roman" w:hAnsi="Times New Roman"/>
          <w:b/>
          <w:sz w:val="24"/>
        </w:rPr>
        <w:t>Violations:</w:t>
      </w:r>
    </w:p>
    <w:p>
      <w:pPr>
        <w:pStyle w:val="ListBullet"/>
        <w:spacing w:line="276" w:lineRule="auto"/>
      </w:pPr>
      <w:r>
        <w:rPr>
          <w:rFonts w:ascii="Times New Roman" w:hAnsi="Times New Roman"/>
          <w:sz w:val="24"/>
        </w:rPr>
        <w:t>Requests to cause severe harm (violence, abuse)</w:t>
      </w:r>
    </w:p>
    <w:p>
      <w:pPr>
        <w:pStyle w:val="ListBullet"/>
        <w:spacing w:line="276" w:lineRule="auto"/>
      </w:pPr>
      <w:r>
        <w:rPr>
          <w:rFonts w:ascii="Times New Roman" w:hAnsi="Times New Roman"/>
          <w:sz w:val="24"/>
        </w:rPr>
        <w:t>Privacy violations (scraping personal data without consent)</w:t>
      </w:r>
    </w:p>
    <w:p>
      <w:pPr>
        <w:pStyle w:val="ListBullet"/>
        <w:spacing w:line="276" w:lineRule="auto"/>
      </w:pPr>
      <w:r>
        <w:rPr>
          <w:rFonts w:ascii="Times New Roman" w:hAnsi="Times New Roman"/>
          <w:sz w:val="24"/>
        </w:rPr>
        <w:t>Illegal activities (hacking, fraud)</w:t>
      </w:r>
    </w:p>
    <w:p>
      <w:pPr>
        <w:pStyle w:val="ListBullet"/>
        <w:spacing w:line="276" w:lineRule="auto"/>
      </w:pPr>
      <w:r>
        <w:rPr>
          <w:rFonts w:ascii="Times New Roman" w:hAnsi="Times New Roman"/>
          <w:sz w:val="24"/>
        </w:rPr>
        <w:t>Extreme bias amplification (hate speech generation)</w:t>
      </w:r>
    </w:p>
    <w:p>
      <w:pPr>
        <w:spacing w:line="384" w:lineRule="auto" w:after="200"/>
        <w:jc w:val="both"/>
      </w:pPr>
      <w:r>
        <w:rPr>
          <w:rFonts w:ascii="Times New Roman" w:hAnsi="Times New Roman"/>
          <w:b/>
          <w:sz w:val="24"/>
        </w:rPr>
        <w:t>How the BoundaryEnforcer Works:</w:t>
      </w:r>
    </w:p>
    <w:p>
      <w:pPr>
        <w:spacing w:line="384" w:lineRule="auto" w:after="200"/>
        <w:jc w:val="both"/>
      </w:pPr>
      <w:r>
        <w:rPr>
          <w:rFonts w:ascii="Times New Roman" w:hAnsi="Times New Roman"/>
          <w:sz w:val="24"/>
        </w:rPr>
        <w:t>The BoundaryEnforcer component uses deterministic pattern matching to identify critical violations. It maintains a list of violation patterns, each associated with a severity level (CRITICAL) and category (privacy, security, harm). When a user request arrives, the system tests it against these patterns using regular expressions. If a match is found, the system immediately returns a blocked status with the reason for the block and explicitly sets a flag preventing deliberation. For CRITICAL violations, there is no LLM involvement in the decision—the code enforces the boundary before any deliberation can begin. If no CRITICAL violation is found, the system proceeds to assess whether the request involves MODERATE or HIGH severity issues that would allow deliberation.</w:t>
      </w:r>
    </w:p>
    <w:p>
      <w:pPr>
        <w:spacing w:line="384" w:lineRule="auto" w:after="200"/>
        <w:jc w:val="both"/>
      </w:pPr>
      <w:r>
        <w:rPr>
          <w:rFonts w:ascii="Times New Roman" w:hAnsi="Times New Roman"/>
          <w:b/>
          <w:sz w:val="24"/>
        </w:rPr>
        <w:t>Key Protection:</w:t>
      </w:r>
      <w:r>
        <w:rPr>
          <w:rFonts w:ascii="Times New Roman" w:hAnsi="Times New Roman"/>
          <w:sz w:val="24"/>
        </w:rPr>
        <w:t xml:space="preserve"> The LLM </w:t>
      </w:r>
      <w:r>
        <w:rPr>
          <w:rFonts w:ascii="Times New Roman" w:hAnsi="Times New Roman"/>
          <w:b/>
          <w:sz w:val="24"/>
        </w:rPr>
        <w:t>never sees</w:t>
      </w:r>
      <w:r>
        <w:rPr>
          <w:rFonts w:ascii="Times New Roman" w:hAnsi="Times New Roman"/>
          <w:sz w:val="24"/>
        </w:rPr>
        <w:t xml:space="preserve"> CRITICAL violations in deliberation. These are blocked by deterministic code before deliberation begins. The LLM cannot persuade, reframe, or rationalize its way around hard boundaries.</w:t>
      </w:r>
    </w:p>
    <w:p/>
    <w:p>
      <w:pPr>
        <w:spacing w:before="240" w:after="120"/>
      </w:pPr>
      <w:r>
        <w:rPr>
          <w:rFonts w:ascii="Times New Roman" w:hAnsi="Times New Roman"/>
          <w:b/>
          <w:sz w:val="24"/>
        </w:rPr>
        <w:t>Boundary Type 2: Structural Invariants (Non-Negotiable System Constraints)</w:t>
      </w:r>
    </w:p>
    <w:p>
      <w:pPr>
        <w:spacing w:line="384" w:lineRule="auto" w:after="200"/>
        <w:jc w:val="both"/>
      </w:pPr>
      <w:r>
        <w:rPr>
          <w:rFonts w:ascii="Times New Roman" w:hAnsi="Times New Roman"/>
          <w:b/>
          <w:sz w:val="24"/>
        </w:rPr>
        <w:t>Examples:</w:t>
      </w:r>
    </w:p>
    <w:p>
      <w:pPr>
        <w:pStyle w:val="ListBullet"/>
        <w:spacing w:line="276" w:lineRule="auto"/>
      </w:pPr>
      <w:r>
        <w:rPr>
          <w:rFonts w:ascii="Times New Roman" w:hAnsi="Times New Roman"/>
          <w:sz w:val="24"/>
        </w:rPr>
        <w:t>Token budget limits (cannot exceed 200k tokens/session)</w:t>
      </w:r>
    </w:p>
    <w:p>
      <w:pPr>
        <w:pStyle w:val="ListBullet"/>
        <w:spacing w:line="276" w:lineRule="auto"/>
      </w:pPr>
      <w:r>
        <w:rPr>
          <w:rFonts w:ascii="Times New Roman" w:hAnsi="Times New Roman"/>
          <w:sz w:val="24"/>
        </w:rPr>
        <w:t>Authentication requirements (cannot bypass login)</w:t>
      </w:r>
    </w:p>
    <w:p>
      <w:pPr>
        <w:pStyle w:val="ListBullet"/>
        <w:spacing w:line="276" w:lineRule="auto"/>
      </w:pPr>
      <w:r>
        <w:rPr>
          <w:rFonts w:ascii="Times New Roman" w:hAnsi="Times New Roman"/>
          <w:sz w:val="24"/>
        </w:rPr>
        <w:t>File system permissions (cannot access files outside project directory)</w:t>
      </w:r>
    </w:p>
    <w:p>
      <w:pPr>
        <w:pStyle w:val="ListBullet"/>
        <w:spacing w:line="276" w:lineRule="auto"/>
      </w:pPr>
      <w:r>
        <w:rPr>
          <w:rFonts w:ascii="Times New Roman" w:hAnsi="Times New Roman"/>
          <w:sz w:val="24"/>
        </w:rPr>
        <w:t>Database constraints (cannot delete production data without backup flag)</w:t>
      </w:r>
    </w:p>
    <w:p>
      <w:pPr>
        <w:spacing w:line="384" w:lineRule="auto" w:after="200"/>
        <w:jc w:val="both"/>
      </w:pPr>
      <w:r>
        <w:rPr>
          <w:rFonts w:ascii="Times New Roman" w:hAnsi="Times New Roman"/>
          <w:b/>
          <w:sz w:val="24"/>
        </w:rPr>
        <w:t>Enforcement:</w:t>
      </w:r>
      <w:r>
        <w:rPr>
          <w:rFonts w:ascii="Times New Roman" w:hAnsi="Times New Roman"/>
          <w:sz w:val="24"/>
        </w:rPr>
        <w:t xml:space="preserve"> Operating system, database, Node.js runtime</w:t>
      </w:r>
    </w:p>
    <w:p>
      <w:pPr>
        <w:spacing w:line="384" w:lineRule="auto" w:after="200"/>
        <w:jc w:val="both"/>
      </w:pPr>
      <w:r>
        <w:rPr>
          <w:rFonts w:ascii="Times New Roman" w:hAnsi="Times New Roman"/>
          <w:b/>
          <w:sz w:val="24"/>
        </w:rPr>
        <w:t>LLM Role:</w:t>
      </w:r>
      <w:r>
        <w:rPr>
          <w:rFonts w:ascii="Times New Roman" w:hAnsi="Times New Roman"/>
          <w:sz w:val="24"/>
        </w:rPr>
        <w:t xml:space="preserve"> None. These are enforced by infrastructure.</w:t>
      </w:r>
    </w:p>
    <w:p>
      <w:pPr>
        <w:spacing w:line="384" w:lineRule="auto" w:after="200"/>
        <w:jc w:val="both"/>
      </w:pPr>
      <w:r>
        <w:rPr>
          <w:rFonts w:ascii="Times New Roman" w:hAnsi="Times New Roman"/>
          <w:b/>
          <w:sz w:val="24"/>
        </w:rPr>
        <w:t>How Token Limits Work:</w:t>
      </w:r>
    </w:p>
    <w:p>
      <w:pPr>
        <w:spacing w:line="384" w:lineRule="auto" w:after="200"/>
        <w:jc w:val="both"/>
      </w:pPr>
      <w:r>
        <w:rPr>
          <w:rFonts w:ascii="Times New Roman" w:hAnsi="Times New Roman"/>
          <w:sz w:val="24"/>
        </w:rPr>
        <w:t>Token limits are enforced by the Claude API itself, not by LLM reasoning. When a session's token count exceeds the maximum allowed (200,000 tokens), the system throws an error and terminates the session. The LLM cannot argue that "this task is important enough to continue beyond the limit"—the infrastructure simply prevents further processing. This is an example of a structural constraint that exists entirely outside the LLM's control.</w:t>
      </w:r>
    </w:p>
    <w:p/>
    <w:p>
      <w:pPr>
        <w:spacing w:before="280" w:after="160"/>
      </w:pPr>
      <w:r>
        <w:rPr>
          <w:rFonts w:ascii="Times New Roman" w:hAnsi="Times New Roman"/>
          <w:b/>
          <w:color w:val="424242"/>
          <w:sz w:val="28"/>
        </w:rPr>
        <w:t>Layer 2: Deliberation Protocol (Structured, Not Discretionary)</w:t>
      </w:r>
    </w:p>
    <w:p>
      <w:pPr>
        <w:spacing w:line="384" w:lineRule="auto" w:after="200"/>
        <w:jc w:val="both"/>
      </w:pPr>
      <w:r>
        <w:rPr>
          <w:rFonts w:ascii="Times New Roman" w:hAnsi="Times New Roman"/>
          <w:b/>
          <w:sz w:val="24"/>
        </w:rPr>
        <w:t>What It Does:</w:t>
      </w:r>
    </w:p>
    <w:p>
      <w:pPr>
        <w:spacing w:line="384" w:lineRule="auto" w:after="200"/>
        <w:jc w:val="both"/>
      </w:pPr>
      <w:r>
        <w:rPr>
          <w:rFonts w:ascii="Times New Roman" w:hAnsi="Times New Roman"/>
          <w:sz w:val="24"/>
        </w:rPr>
        <w:t xml:space="preserve">When conflicts arise (not CRITICAL violations), the LLM facilitates deliberation, but the </w:t>
      </w:r>
      <w:r>
        <w:rPr>
          <w:rFonts w:ascii="Times New Roman" w:hAnsi="Times New Roman"/>
          <w:b/>
          <w:sz w:val="24"/>
        </w:rPr>
        <w:t>protocol structure</w:t>
      </w:r>
      <w:r>
        <w:rPr>
          <w:rFonts w:ascii="Times New Roman" w:hAnsi="Times New Roman"/>
          <w:sz w:val="24"/>
        </w:rPr>
        <w:t xml:space="preserve"> prevents dominance.</w:t>
      </w:r>
    </w:p>
    <w:p>
      <w:pPr>
        <w:spacing w:line="384" w:lineRule="auto" w:after="200"/>
        <w:jc w:val="both"/>
      </w:pPr>
      <w:r>
        <w:rPr>
          <w:rFonts w:ascii="Times New Roman" w:hAnsi="Times New Roman"/>
          <w:b/>
          <w:sz w:val="24"/>
        </w:rPr>
        <w:t>How Protocol Prevents LLM Bias:</w:t>
      </w:r>
    </w:p>
    <w:p>
      <w:pPr>
        <w:spacing w:before="240" w:after="120"/>
      </w:pPr>
      <w:r>
        <w:rPr>
          <w:rFonts w:ascii="Times New Roman" w:hAnsi="Times New Roman"/>
          <w:b/>
          <w:sz w:val="24"/>
        </w:rPr>
        <w:t>Mechanism 1: Mandatory Stakeholder Representation (Not LLM's Choice)</w:t>
      </w:r>
    </w:p>
    <w:p>
      <w:pPr>
        <w:spacing w:line="384" w:lineRule="auto" w:after="200"/>
        <w:jc w:val="both"/>
      </w:pPr>
      <w:r>
        <w:rPr>
          <w:rFonts w:ascii="Times New Roman" w:hAnsi="Times New Roman"/>
          <w:b/>
          <w:sz w:val="24"/>
        </w:rPr>
        <w:t>The Risk:</w:t>
      </w:r>
      <w:r>
        <w:rPr>
          <w:rFonts w:ascii="Times New Roman" w:hAnsi="Times New Roman"/>
          <w:sz w:val="24"/>
        </w:rPr>
        <w:t xml:space="preserve"> LLM could choose which "stakeholders" to present based on its training bias.</w:t>
      </w:r>
    </w:p>
    <w:p>
      <w:pPr>
        <w:spacing w:line="384" w:lineRule="auto" w:after="200"/>
        <w:jc w:val="both"/>
      </w:pPr>
      <w:r>
        <w:rPr>
          <w:rFonts w:ascii="Times New Roman" w:hAnsi="Times New Roman"/>
          <w:b/>
          <w:sz w:val="24"/>
        </w:rPr>
        <w:t>The Protection:</w:t>
      </w:r>
    </w:p>
    <w:p>
      <w:pPr>
        <w:spacing w:line="384" w:lineRule="auto" w:after="200"/>
        <w:jc w:val="both"/>
      </w:pPr>
      <w:r>
        <w:rPr>
          <w:rFonts w:ascii="Times New Roman" w:hAnsi="Times New Roman"/>
          <w:sz w:val="24"/>
        </w:rPr>
        <w:t>The PluralisticDeliberationOrchestrator component implements a stakeholder identification function that operates deterministically based on data, not LLM discretion. The function creates an empty list and then systematically adds mandatory stakeholders:</w:t>
      </w:r>
    </w:p>
    <w:p>
      <w:pPr>
        <w:spacing w:line="384" w:lineRule="auto" w:after="200"/>
        <w:jc w:val="both"/>
      </w:pPr>
      <w:r>
        <w:rPr>
          <w:rFonts w:ascii="Times New Roman" w:hAnsi="Times New Roman"/>
          <w:sz w:val="24"/>
        </w:rPr>
        <w:t xml:space="preserve">First, it </w:t>
      </w:r>
      <w:r>
        <w:rPr>
          <w:rFonts w:ascii="Times New Roman" w:hAnsi="Times New Roman"/>
          <w:b/>
          <w:sz w:val="24"/>
        </w:rPr>
        <w:t>always</w:t>
      </w:r>
      <w:r>
        <w:rPr>
          <w:rFonts w:ascii="Times New Roman" w:hAnsi="Times New Roman"/>
          <w:sz w:val="24"/>
        </w:rPr>
        <w:t xml:space="preserve"> includes the user's current intent as a stakeholder. This is marked as mandatory, meaning the LLM cannot exclude it. The stakeholder object contains the user's request, a unique identifier, and a name indicating it represents current intent.</w:t>
      </w:r>
    </w:p>
    <w:p>
      <w:pPr>
        <w:spacing w:line="384" w:lineRule="auto" w:after="200"/>
        <w:jc w:val="both"/>
      </w:pPr>
      <w:r>
        <w:rPr>
          <w:rFonts w:ascii="Times New Roman" w:hAnsi="Times New Roman"/>
          <w:sz w:val="24"/>
        </w:rPr>
        <w:t xml:space="preserve">Second, it </w:t>
      </w:r>
      <w:r>
        <w:rPr>
          <w:rFonts w:ascii="Times New Roman" w:hAnsi="Times New Roman"/>
          <w:b/>
          <w:sz w:val="24"/>
        </w:rPr>
        <w:t>always</w:t>
      </w:r>
      <w:r>
        <w:rPr>
          <w:rFonts w:ascii="Times New Roman" w:hAnsi="Times New Roman"/>
          <w:sz w:val="24"/>
        </w:rPr>
        <w:t xml:space="preserve"> includes any conflicting HIGH persistence instructions from the instruction history. The system filters the instruction history to find entries with HIGH persistence and a conflict score of 80% or higher. For each matching instruction, a stakeholder object is created and marked as mandatory, representing the user's past values.</w:t>
      </w:r>
    </w:p>
    <w:p>
      <w:pPr>
        <w:spacing w:line="384" w:lineRule="auto" w:after="200"/>
        <w:jc w:val="both"/>
      </w:pPr>
      <w:r>
        <w:rPr>
          <w:rFonts w:ascii="Times New Roman" w:hAnsi="Times New Roman"/>
          <w:sz w:val="24"/>
        </w:rPr>
        <w:t xml:space="preserve">Third, if a boundary violation is present in the conflict data, the system </w:t>
      </w:r>
      <w:r>
        <w:rPr>
          <w:rFonts w:ascii="Times New Roman" w:hAnsi="Times New Roman"/>
          <w:b/>
          <w:sz w:val="24"/>
        </w:rPr>
        <w:t>always</w:t>
      </w:r>
      <w:r>
        <w:rPr>
          <w:rFonts w:ascii="Times New Roman" w:hAnsi="Times New Roman"/>
          <w:sz w:val="24"/>
        </w:rPr>
        <w:t xml:space="preserve"> includes it as a stakeholder representing the BoundaryEnforcer's ethical or security concerns. This too is marked as mandatory.</w:t>
      </w:r>
    </w:p>
    <w:p>
      <w:pPr>
        <w:spacing w:line="384" w:lineRule="auto" w:after="200"/>
        <w:jc w:val="both"/>
      </w:pPr>
      <w:r>
        <w:rPr>
          <w:rFonts w:ascii="Times New Roman" w:hAnsi="Times New Roman"/>
          <w:sz w:val="24"/>
        </w:rPr>
        <w:t xml:space="preserve">Fourth, the system </w:t>
      </w:r>
      <w:r>
        <w:rPr>
          <w:rFonts w:ascii="Times New Roman" w:hAnsi="Times New Roman"/>
          <w:b/>
          <w:sz w:val="24"/>
        </w:rPr>
        <w:t>always</w:t>
      </w:r>
      <w:r>
        <w:rPr>
          <w:rFonts w:ascii="Times New Roman" w:hAnsi="Times New Roman"/>
          <w:sz w:val="24"/>
        </w:rPr>
        <w:t xml:space="preserve"> loads project principles from the CLAUDE.md file (not from LLM generation) and includes them as a stakeholder representing project-level values and standards.</w:t>
      </w:r>
    </w:p>
    <w:p>
      <w:pPr>
        <w:spacing w:line="384" w:lineRule="auto" w:after="200"/>
        <w:jc w:val="both"/>
      </w:pPr>
      <w:r>
        <w:rPr>
          <w:rFonts w:ascii="Times New Roman" w:hAnsi="Times New Roman"/>
          <w:sz w:val="24"/>
        </w:rPr>
        <w:t>All of these stakeholders are flagged as mandatory, which means the LLM is required to articulate positions for each one but cannot choose to exclude any from the deliberation.</w:t>
      </w:r>
    </w:p>
    <w:p>
      <w:pPr>
        <w:spacing w:line="384" w:lineRule="auto" w:after="200"/>
        <w:jc w:val="both"/>
      </w:pPr>
      <w:r>
        <w:rPr>
          <w:rFonts w:ascii="Times New Roman" w:hAnsi="Times New Roman"/>
          <w:b/>
          <w:sz w:val="24"/>
        </w:rPr>
        <w:t>Key Protection:</w:t>
      </w:r>
      <w:r>
        <w:rPr>
          <w:rFonts w:ascii="Times New Roman" w:hAnsi="Times New Roman"/>
          <w:sz w:val="24"/>
        </w:rPr>
        <w:t xml:space="preserve"> The LLM doesn't decide which perspectives matter. Code determines stakeholders based on </w:t>
      </w:r>
      <w:r>
        <w:rPr>
          <w:rFonts w:ascii="Times New Roman" w:hAnsi="Times New Roman"/>
          <w:b/>
          <w:sz w:val="24"/>
        </w:rPr>
        <w:t>persistence scores</w:t>
      </w:r>
      <w:r>
        <w:rPr>
          <w:rFonts w:ascii="Times New Roman" w:hAnsi="Times New Roman"/>
          <w:sz w:val="24"/>
        </w:rPr>
        <w:t xml:space="preserve"> (data-driven) and </w:t>
      </w:r>
      <w:r>
        <w:rPr>
          <w:rFonts w:ascii="Times New Roman" w:hAnsi="Times New Roman"/>
          <w:b/>
          <w:sz w:val="24"/>
        </w:rPr>
        <w:t>boundary violations</w:t>
      </w:r>
      <w:r>
        <w:rPr>
          <w:rFonts w:ascii="Times New Roman" w:hAnsi="Times New Roman"/>
          <w:sz w:val="24"/>
        </w:rPr>
        <w:t xml:space="preserve"> (rule-based). The LLM's role is to </w:t>
      </w:r>
      <w:r>
        <w:rPr>
          <w:rFonts w:ascii="Times New Roman" w:hAnsi="Times New Roman"/>
          <w:i/>
          <w:sz w:val="24"/>
        </w:rPr>
        <w:t>articulate</w:t>
      </w:r>
      <w:r>
        <w:rPr>
          <w:rFonts w:ascii="Times New Roman" w:hAnsi="Times New Roman"/>
          <w:sz w:val="24"/>
        </w:rPr>
        <w:t xml:space="preserve"> these perspectives, not </w:t>
      </w:r>
      <w:r>
        <w:rPr>
          <w:rFonts w:ascii="Times New Roman" w:hAnsi="Times New Roman"/>
          <w:i/>
          <w:sz w:val="24"/>
        </w:rPr>
        <w:t>select</w:t>
      </w:r>
      <w:r>
        <w:rPr>
          <w:rFonts w:ascii="Times New Roman" w:hAnsi="Times New Roman"/>
          <w:sz w:val="24"/>
        </w:rPr>
        <w:t xml:space="preserve"> them.</w:t>
      </w:r>
    </w:p>
    <w:p/>
    <w:p>
      <w:pPr>
        <w:spacing w:before="240" w:after="120"/>
      </w:pPr>
      <w:r>
        <w:rPr>
          <w:rFonts w:ascii="Times New Roman" w:hAnsi="Times New Roman"/>
          <w:b/>
          <w:sz w:val="24"/>
        </w:rPr>
        <w:t>Mechanism 2: Accommodation Generation = Combinatorial Enumeration (Not LLM Preference)</w:t>
      </w:r>
    </w:p>
    <w:p>
      <w:pPr>
        <w:spacing w:line="384" w:lineRule="auto" w:after="200"/>
        <w:jc w:val="both"/>
      </w:pPr>
      <w:r>
        <w:rPr>
          <w:rFonts w:ascii="Times New Roman" w:hAnsi="Times New Roman"/>
          <w:b/>
          <w:sz w:val="24"/>
        </w:rPr>
        <w:t>The Risk:</w:t>
      </w:r>
      <w:r>
        <w:rPr>
          <w:rFonts w:ascii="Times New Roman" w:hAnsi="Times New Roman"/>
          <w:sz w:val="24"/>
        </w:rPr>
        <w:t xml:space="preserve"> LLM could generate "accommodations" that subtly favor its training bias (e.g., always favor security over efficiency, or vice versa).</w:t>
      </w:r>
    </w:p>
    <w:p>
      <w:pPr>
        <w:spacing w:line="384" w:lineRule="auto" w:after="200"/>
        <w:jc w:val="both"/>
      </w:pPr>
      <w:r>
        <w:rPr>
          <w:rFonts w:ascii="Times New Roman" w:hAnsi="Times New Roman"/>
          <w:b/>
          <w:sz w:val="24"/>
        </w:rPr>
        <w:t>The Protection:</w:t>
      </w:r>
    </w:p>
    <w:p>
      <w:pPr>
        <w:spacing w:line="384" w:lineRule="auto" w:after="200"/>
        <w:jc w:val="both"/>
      </w:pPr>
      <w:r>
        <w:rPr>
          <w:rFonts w:ascii="Times New Roman" w:hAnsi="Times New Roman"/>
          <w:sz w:val="24"/>
        </w:rPr>
        <w:t>The AccommodationGenerator class implements a systematic combinatorial approach to generating accommodation options. Rather than allowing the LLM to propose its preferred solutions, the generator creates accommodations by systematically combining different stakeholder priorities.</w:t>
      </w:r>
    </w:p>
    <w:p>
      <w:pPr>
        <w:spacing w:line="384" w:lineRule="auto" w:after="200"/>
        <w:jc w:val="both"/>
      </w:pPr>
      <w:r>
        <w:rPr>
          <w:rFonts w:ascii="Times New Roman" w:hAnsi="Times New Roman"/>
          <w:sz w:val="24"/>
        </w:rPr>
        <w:t>The generation process works as follows: The generator creates an empty list of accommodations. It then systematically creates multiple options by varying which stakeholders are prioritized. For example, Option A might prioritize stakeholder 1 plus stakeholder 2. Option B might prioritize stakeholder 1 plus stakeholder 3. Option C might prioritize stakeholder 2 plus stakeholder 3. Option D might attempt to balance all stakeholders equally as a compromise solution.</w:t>
      </w:r>
    </w:p>
    <w:p>
      <w:pPr>
        <w:spacing w:line="384" w:lineRule="auto" w:after="200"/>
        <w:jc w:val="both"/>
      </w:pPr>
      <w:r>
        <w:rPr>
          <w:rFonts w:ascii="Times New Roman" w:hAnsi="Times New Roman"/>
          <w:sz w:val="24"/>
        </w:rPr>
        <w:t>Each accommodation is created by a helper function that takes the priority stakeholders and values in tension, then generates a description of how this option honors the specified stakeholders' values. The function calculates the trade-offs involved and identifies moral remainders (values that couldn't be fully honored). Importantly, the function generates these descriptions without editorializing about which option is "better."</w:t>
      </w:r>
    </w:p>
    <w:p>
      <w:pPr>
        <w:spacing w:line="384" w:lineRule="auto" w:after="200"/>
        <w:jc w:val="both"/>
      </w:pPr>
      <w:r>
        <w:rPr>
          <w:rFonts w:ascii="Times New Roman" w:hAnsi="Times New Roman"/>
          <w:sz w:val="24"/>
        </w:rPr>
        <w:t>After all accommodations are generated, the system applies a Fisher-Yates shuffle algorithm to randomize the order in which they're presented. This prevents order bias, as research shows people tend to favor options presented first or in certain positions.</w:t>
      </w:r>
    </w:p>
    <w:p>
      <w:pPr>
        <w:spacing w:line="384" w:lineRule="auto" w:after="200"/>
        <w:jc w:val="both"/>
      </w:pPr>
      <w:r>
        <w:rPr>
          <w:rFonts w:ascii="Times New Roman" w:hAnsi="Times New Roman"/>
          <w:b/>
          <w:sz w:val="24"/>
        </w:rPr>
        <w:t>Key Protection:</w:t>
      </w:r>
      <w:r>
        <w:rPr>
          <w:rFonts w:ascii="Times New Roman" w:hAnsi="Times New Roman"/>
          <w:sz w:val="24"/>
        </w:rPr>
        <w:t xml:space="preserve"> Accommodations are generated </w:t>
      </w:r>
      <w:r>
        <w:rPr>
          <w:rFonts w:ascii="Times New Roman" w:hAnsi="Times New Roman"/>
          <w:b/>
          <w:sz w:val="24"/>
        </w:rPr>
        <w:t>combinatorially</w:t>
      </w:r>
      <w:r>
        <w:rPr>
          <w:rFonts w:ascii="Times New Roman" w:hAnsi="Times New Roman"/>
          <w:sz w:val="24"/>
        </w:rPr>
        <w:t xml:space="preserve"> (all possible priority combinations), not by LLM choosing "the best one." The LLM articulates each option, but the structure ensures all value combinations are presented. </w:t>
      </w:r>
      <w:r>
        <w:rPr>
          <w:rFonts w:ascii="Times New Roman" w:hAnsi="Times New Roman"/>
          <w:b/>
          <w:sz w:val="24"/>
        </w:rPr>
        <w:t>Shuffling prevents order bias</w:t>
      </w:r>
      <w:r>
        <w:rPr>
          <w:rFonts w:ascii="Times New Roman" w:hAnsi="Times New Roman"/>
          <w:sz w:val="24"/>
        </w:rPr>
        <w:t xml:space="preserve"> (people tend to pick first option).</w:t>
      </w:r>
    </w:p>
    <w:p/>
    <w:p>
      <w:pPr>
        <w:spacing w:before="240" w:after="120"/>
      </w:pPr>
      <w:r>
        <w:rPr>
          <w:rFonts w:ascii="Times New Roman" w:hAnsi="Times New Roman"/>
          <w:b/>
          <w:sz w:val="24"/>
        </w:rPr>
        <w:t>Mechanism 3: User Decides, Not LLM (Final Authority)</w:t>
      </w:r>
    </w:p>
    <w:p>
      <w:pPr>
        <w:spacing w:line="384" w:lineRule="auto" w:after="200"/>
        <w:jc w:val="both"/>
      </w:pPr>
      <w:r>
        <w:rPr>
          <w:rFonts w:ascii="Times New Roman" w:hAnsi="Times New Roman"/>
          <w:b/>
          <w:sz w:val="24"/>
        </w:rPr>
        <w:t>The Risk:</w:t>
      </w:r>
      <w:r>
        <w:rPr>
          <w:rFonts w:ascii="Times New Roman" w:hAnsi="Times New Roman"/>
          <w:sz w:val="24"/>
        </w:rPr>
        <w:t xml:space="preserve"> LLM recommends an option, user defers to AI's "wisdom."</w:t>
      </w:r>
    </w:p>
    <w:p>
      <w:pPr>
        <w:spacing w:line="384" w:lineRule="auto" w:after="200"/>
        <w:jc w:val="both"/>
      </w:pPr>
      <w:r>
        <w:rPr>
          <w:rFonts w:ascii="Times New Roman" w:hAnsi="Times New Roman"/>
          <w:b/>
          <w:sz w:val="24"/>
        </w:rPr>
        <w:t>The Protection:</w:t>
      </w:r>
    </w:p>
    <w:p>
      <w:pPr>
        <w:spacing w:line="384" w:lineRule="auto" w:after="200"/>
        <w:jc w:val="both"/>
      </w:pPr>
      <w:r>
        <w:rPr>
          <w:rFonts w:ascii="Times New Roman" w:hAnsi="Times New Roman"/>
          <w:sz w:val="24"/>
        </w:rPr>
        <w:t>The Round 4 outcome documentation function is designed to prevent the LLM from making decisions on behalf of the user. When presenting options to the user, the system configures the prompt with specific parameters: it explicitly sets a flag to exclude any recommendation from the LLM, randomizes the order of options each time they're presented, and requires an explicit choice from the user rather than allowing them to default to "whatever you think."</w:t>
      </w:r>
    </w:p>
    <w:p>
      <w:pPr>
        <w:spacing w:line="384" w:lineRule="auto" w:after="200"/>
        <w:jc w:val="both"/>
      </w:pPr>
      <w:r>
        <w:rPr>
          <w:rFonts w:ascii="Times New Roman" w:hAnsi="Times New Roman"/>
          <w:sz w:val="24"/>
        </w:rPr>
        <w:t>If the user attempts to defer the decision to the AI by saying something like "you choose" or "you decide," the system detects this and returns an error response. The error message explicitly states that the system cannot make the decision for the user and asks which values are most important to the user in this specific context. This forces the user to engage with the trade-offs rather than deferring to AI authority.</w:t>
      </w:r>
    </w:p>
    <w:p>
      <w:pPr>
        <w:spacing w:line="384" w:lineRule="auto" w:after="200"/>
        <w:jc w:val="both"/>
      </w:pPr>
      <w:r>
        <w:rPr>
          <w:rFonts w:ascii="Times New Roman" w:hAnsi="Times New Roman"/>
          <w:sz w:val="24"/>
        </w:rPr>
        <w:t>When a valid user choice is received, the system records it along with a timestamp, explicitly marks the decision maker as "user" (not AI), and prompts the user to provide their rationale for the choice. This creates a clear record that the human, not the AI, made the final decision.</w:t>
      </w:r>
    </w:p>
    <w:p>
      <w:pPr>
        <w:spacing w:line="384" w:lineRule="auto" w:after="200"/>
        <w:jc w:val="both"/>
      </w:pPr>
      <w:r>
        <w:rPr>
          <w:rFonts w:ascii="Times New Roman" w:hAnsi="Times New Roman"/>
          <w:b/>
          <w:sz w:val="24"/>
        </w:rPr>
        <w:t>Key Protection:</w:t>
      </w:r>
      <w:r>
        <w:rPr>
          <w:rFonts w:ascii="Times New Roman" w:hAnsi="Times New Roman"/>
          <w:sz w:val="24"/>
        </w:rPr>
        <w:t xml:space="preserve"> The LLM </w:t>
      </w:r>
      <w:r>
        <w:rPr>
          <w:rFonts w:ascii="Times New Roman" w:hAnsi="Times New Roman"/>
          <w:b/>
          <w:sz w:val="24"/>
        </w:rPr>
        <w:t>cannot make the decision</w:t>
      </w:r>
      <w:r>
        <w:rPr>
          <w:rFonts w:ascii="Times New Roman" w:hAnsi="Times New Roman"/>
          <w:sz w:val="24"/>
        </w:rPr>
        <w:t>. User must choose. If user tries to defer ("you decide"), system refuses. This prevents "authority laundering" where AI decisions are disguised as user choices.</w:t>
      </w:r>
    </w:p>
    <w:p/>
    <w:p>
      <w:pPr>
        <w:spacing w:before="280" w:after="160"/>
      </w:pPr>
      <w:r>
        <w:rPr>
          <w:rFonts w:ascii="Times New Roman" w:hAnsi="Times New Roman"/>
          <w:b/>
          <w:color w:val="424242"/>
          <w:sz w:val="28"/>
        </w:rPr>
        <w:t>Layer 3: Transparency &amp; Auditability (Detect Bias After the Fact)</w:t>
      </w:r>
    </w:p>
    <w:p>
      <w:pPr>
        <w:spacing w:line="384" w:lineRule="auto" w:after="200"/>
        <w:jc w:val="both"/>
      </w:pPr>
      <w:r>
        <w:rPr>
          <w:rFonts w:ascii="Times New Roman" w:hAnsi="Times New Roman"/>
          <w:b/>
          <w:sz w:val="24"/>
        </w:rPr>
        <w:t>What It Does:</w:t>
      </w:r>
    </w:p>
    <w:p>
      <w:pPr>
        <w:spacing w:line="384" w:lineRule="auto" w:after="200"/>
        <w:jc w:val="both"/>
      </w:pPr>
      <w:r>
        <w:rPr>
          <w:rFonts w:ascii="Times New Roman" w:hAnsi="Times New Roman"/>
          <w:sz w:val="24"/>
        </w:rPr>
        <w:t>All LLM actions during deliberation are logged for audit. If LLM bias creeps in, it's detectable and correctable.</w:t>
      </w:r>
    </w:p>
    <w:p>
      <w:pPr>
        <w:spacing w:line="384" w:lineRule="auto" w:after="200"/>
        <w:jc w:val="both"/>
      </w:pPr>
      <w:r>
        <w:rPr>
          <w:rFonts w:ascii="Times New Roman" w:hAnsi="Times New Roman"/>
          <w:b/>
          <w:sz w:val="24"/>
        </w:rPr>
        <w:t>Logged Data Structure:</w:t>
      </w:r>
    </w:p>
    <w:p>
      <w:pPr>
        <w:spacing w:line="384" w:lineRule="auto" w:after="200"/>
        <w:jc w:val="both"/>
      </w:pPr>
      <w:r>
        <w:rPr>
          <w:rFonts w:ascii="Times New Roman" w:hAnsi="Times New Roman"/>
          <w:sz w:val="24"/>
        </w:rPr>
        <w:t>Every deliberation session generates a comprehensive log stored in JSON format. The log includes a unique deliberation ID, timestamp, and the specific LLM model used. The core of the log is a facilitation record that captures each action the LLM took during the deliberation.</w:t>
      </w:r>
    </w:p>
    <w:p>
      <w:pPr>
        <w:spacing w:line="384" w:lineRule="auto" w:after="200"/>
        <w:jc w:val="both"/>
      </w:pPr>
      <w:r>
        <w:rPr>
          <w:rFonts w:ascii="Times New Roman" w:hAnsi="Times New Roman"/>
          <w:sz w:val="24"/>
        </w:rPr>
        <w:t>For each round of deliberation, the log records what action the LLM performed (such as generating a stakeholder position or creating an accommodation), which stakeholder the action related to, the exact text the LLM generated, whether the stakeholder was mandatory (meaning the LLM was required to include it), and any bias flags detected during generation.</w:t>
      </w:r>
    </w:p>
    <w:p>
      <w:pPr>
        <w:spacing w:line="384" w:lineRule="auto" w:after="200"/>
        <w:jc w:val="both"/>
      </w:pPr>
      <w:r>
        <w:rPr>
          <w:rFonts w:ascii="Times New Roman" w:hAnsi="Times New Roman"/>
          <w:sz w:val="24"/>
        </w:rPr>
        <w:t>The log also includes automated bias detection analysis. This includes vocabulary analysis that counts positive and negative words used in each stakeholder's position and calculates a balance score (where 1.0 means perfectly balanced and scores below 0.7 indicate potential bias). It includes length analysis comparing the character count of different stakeholder positions to ensure one isn't given disproportionate explanation. It tracks the original order of accommodations versus the shuffled order to verify randomization occurred.</w:t>
      </w:r>
    </w:p>
    <w:p>
      <w:pPr>
        <w:spacing w:line="384" w:lineRule="auto" w:after="200"/>
        <w:jc w:val="both"/>
      </w:pPr>
      <w:r>
        <w:rPr>
          <w:rFonts w:ascii="Times New Roman" w:hAnsi="Times New Roman"/>
          <w:sz w:val="24"/>
        </w:rPr>
        <w:t>Finally, the log records the user's decision, including which option they chose, explicit confirmation that the user (not the AI) was the decision maker, and the user's rationale for their choice.</w:t>
      </w:r>
    </w:p>
    <w:p>
      <w:pPr>
        <w:spacing w:line="384" w:lineRule="auto" w:after="200"/>
        <w:jc w:val="both"/>
      </w:pPr>
      <w:r>
        <w:rPr>
          <w:rFonts w:ascii="Times New Roman" w:hAnsi="Times New Roman"/>
          <w:b/>
          <w:sz w:val="24"/>
        </w:rPr>
        <w:t>Automated Bias Detection:</w:t>
      </w:r>
    </w:p>
    <w:p>
      <w:pPr>
        <w:spacing w:line="384" w:lineRule="auto" w:after="200"/>
        <w:jc w:val="both"/>
      </w:pPr>
      <w:r>
        <w:rPr>
          <w:rFonts w:ascii="Times New Roman" w:hAnsi="Times New Roman"/>
          <w:sz w:val="24"/>
        </w:rPr>
        <w:t>The BiasDetector class analyzes completed deliberations to identify potential LLM bias. It examines the facilitation log and applies multiple tests.</w:t>
      </w:r>
    </w:p>
    <w:p>
      <w:pPr>
        <w:spacing w:line="384" w:lineRule="auto" w:after="200"/>
        <w:jc w:val="both"/>
      </w:pPr>
      <w:r>
        <w:rPr>
          <w:rFonts w:ascii="Times New Roman" w:hAnsi="Times New Roman"/>
          <w:sz w:val="24"/>
        </w:rPr>
        <w:t>The first test analyzes vocabulary balance by examining the sentiment of words used in each stakeholder's position. If one stakeholder's position uses significantly more positive or negative words than others, this creates an imbalance score. If the balance score falls below 0.7, the system flags this as a VOCABULARY_IMBALANCE with MODERATE severity, noting that stakeholder positions show sentiment imbalance.</w:t>
      </w:r>
    </w:p>
    <w:p>
      <w:pPr>
        <w:spacing w:line="384" w:lineRule="auto" w:after="200"/>
        <w:jc w:val="both"/>
      </w:pPr>
      <w:r>
        <w:rPr>
          <w:rFonts w:ascii="Times New Roman" w:hAnsi="Times New Roman"/>
          <w:sz w:val="24"/>
        </w:rPr>
        <w:t>The second test analyzes length balance by comparing the character counts of different stakeholder positions. If one stakeholder receives significantly more explanation than others (balance score below 0.7), this is flagged as LENGTH_IMBALANCE with LOW severity, indicating that positions vary significantly in length.</w:t>
      </w:r>
    </w:p>
    <w:p>
      <w:pPr>
        <w:spacing w:line="384" w:lineRule="auto" w:after="200"/>
        <w:jc w:val="both"/>
      </w:pPr>
      <w:r>
        <w:rPr>
          <w:rFonts w:ascii="Times New Roman" w:hAnsi="Times New Roman"/>
          <w:sz w:val="24"/>
        </w:rPr>
        <w:t>The third test analyzes framing balance by examining how favorably different accommodation options are presented. If certain options are framed more positively than others (balance score below 0.7), this is flagged as FRAMING_BIAS with HIGH severity, indicating that accommodation options show framing imbalance.</w:t>
      </w:r>
    </w:p>
    <w:p>
      <w:pPr>
        <w:spacing w:line="384" w:lineRule="auto" w:after="200"/>
        <w:jc w:val="both"/>
      </w:pPr>
      <w:r>
        <w:rPr>
          <w:rFonts w:ascii="Times New Roman" w:hAnsi="Times New Roman"/>
          <w:sz w:val="24"/>
        </w:rPr>
        <w:t>The function returns all detected flags along with an overall score calculated as the minimum of the three balance scores, providing a single measure of how neutral the deliberation was.</w:t>
      </w:r>
    </w:p>
    <w:p>
      <w:pPr>
        <w:spacing w:line="384" w:lineRule="auto" w:after="200"/>
        <w:jc w:val="both"/>
      </w:pPr>
      <w:r>
        <w:rPr>
          <w:rFonts w:ascii="Times New Roman" w:hAnsi="Times New Roman"/>
          <w:b/>
          <w:sz w:val="24"/>
        </w:rPr>
        <w:t>Key Protection:</w:t>
      </w:r>
      <w:r>
        <w:rPr>
          <w:rFonts w:ascii="Times New Roman" w:hAnsi="Times New Roman"/>
          <w:sz w:val="24"/>
        </w:rPr>
        <w:t xml:space="preserve"> If LLM bias appears (e.g., always frames "security" more favorably than "efficiency"), automated analysis detects it. Flags trigger:</w:t>
      </w:r>
    </w:p>
    <w:p>
      <w:pPr>
        <w:pStyle w:val="ListNumber"/>
        <w:spacing w:line="276" w:lineRule="auto"/>
      </w:pPr>
      <w:r>
        <w:rPr>
          <w:rFonts w:ascii="Times New Roman" w:hAnsi="Times New Roman"/>
          <w:sz w:val="24"/>
        </w:rPr>
        <w:t>User notification ("This deliberation may have shown bias")</w:t>
      </w:r>
    </w:p>
    <w:p>
      <w:pPr>
        <w:pStyle w:val="ListNumber"/>
        <w:spacing w:line="276" w:lineRule="auto"/>
      </w:pPr>
      <w:r>
        <w:rPr>
          <w:rFonts w:ascii="Times New Roman" w:hAnsi="Times New Roman"/>
          <w:sz w:val="24"/>
        </w:rPr>
        <w:t>Researcher review (for pattern detection)</w:t>
      </w:r>
    </w:p>
    <w:p>
      <w:pPr>
        <w:pStyle w:val="ListNumber"/>
        <w:spacing w:line="276" w:lineRule="auto"/>
      </w:pPr>
      <w:r>
        <w:rPr>
          <w:rFonts w:ascii="Times New Roman" w:hAnsi="Times New Roman"/>
          <w:sz w:val="24"/>
        </w:rPr>
        <w:t>Model fine-tuning (correct bias in future deliberations)</w:t>
      </w:r>
    </w:p>
    <w:p/>
    <w:p>
      <w:pPr>
        <w:spacing w:before="360" w:after="200"/>
      </w:pPr>
      <w:r>
        <w:rPr>
          <w:rFonts w:ascii="Times New Roman" w:hAnsi="Times New Roman"/>
          <w:b/>
          <w:color w:val="1976D2"/>
          <w:sz w:val="36"/>
        </w:rPr>
        <w:t>2. How This Prevents LLM Hierarchical Dominance</w:t>
      </w:r>
    </w:p>
    <w:p>
      <w:pPr>
        <w:spacing w:before="280" w:after="160"/>
      </w:pPr>
      <w:r>
        <w:rPr>
          <w:rFonts w:ascii="Times New Roman" w:hAnsi="Times New Roman"/>
          <w:b/>
          <w:color w:val="424242"/>
          <w:sz w:val="28"/>
        </w:rPr>
        <w:t>Problem 1: Training Data Bias → Model Imposes Majority Values</w:t>
      </w:r>
    </w:p>
    <w:p>
      <w:pPr>
        <w:spacing w:line="384" w:lineRule="auto" w:after="200"/>
        <w:jc w:val="both"/>
      </w:pPr>
      <w:r>
        <w:rPr>
          <w:rFonts w:ascii="Times New Roman" w:hAnsi="Times New Roman"/>
          <w:b/>
          <w:sz w:val="24"/>
        </w:rPr>
        <w:t>Example:</w:t>
      </w:r>
      <w:r>
        <w:rPr>
          <w:rFonts w:ascii="Times New Roman" w:hAnsi="Times New Roman"/>
          <w:sz w:val="24"/>
        </w:rPr>
        <w:t xml:space="preserve"> LLM trained primarily on Western individualist values might frame "user autonomy" as more important than "community harmony."</w:t>
      </w:r>
    </w:p>
    <w:p>
      <w:pPr>
        <w:spacing w:line="384" w:lineRule="auto" w:after="200"/>
        <w:jc w:val="both"/>
      </w:pPr>
      <w:r>
        <w:rPr>
          <w:rFonts w:ascii="Times New Roman" w:hAnsi="Times New Roman"/>
          <w:b/>
          <w:sz w:val="24"/>
        </w:rPr>
        <w:t>Protection:</w:t>
      </w:r>
    </w:p>
    <w:p>
      <w:pPr>
        <w:pStyle w:val="ListNumber"/>
        <w:spacing w:line="276" w:lineRule="auto"/>
      </w:pPr>
      <w:r>
        <w:rPr>
          <w:rFonts w:ascii="Times New Roman" w:hAnsi="Times New Roman"/>
          <w:b/>
          <w:sz w:val="24"/>
        </w:rPr>
        <w:t>Stakeholder selection is data-driven, not LLM-chosen</w:t>
      </w:r>
    </w:p>
    <w:p>
      <w:pPr>
        <w:pStyle w:val="ListBullet"/>
        <w:spacing w:line="276" w:lineRule="auto"/>
        <w:ind w:left="720"/>
      </w:pPr>
      <w:r>
        <w:rPr>
          <w:rFonts w:ascii="Times New Roman" w:hAnsi="Times New Roman"/>
          <w:sz w:val="24"/>
        </w:rPr>
        <w:t>Code determines which values are in conflict (based on instruction-history.json)</w:t>
      </w:r>
    </w:p>
    <w:p>
      <w:pPr>
        <w:pStyle w:val="ListBullet"/>
        <w:spacing w:line="276" w:lineRule="auto"/>
        <w:ind w:left="720"/>
      </w:pPr>
      <w:r>
        <w:rPr>
          <w:rFonts w:ascii="Times New Roman" w:hAnsi="Times New Roman"/>
          <w:sz w:val="24"/>
        </w:rPr>
        <w:t>LLM articulates those values but doesn't select them</w:t>
      </w:r>
    </w:p>
    <w:p>
      <w:pPr>
        <w:pStyle w:val="ListNumber"/>
        <w:spacing w:line="276" w:lineRule="auto"/>
      </w:pPr>
      <w:r>
        <w:rPr>
          <w:rFonts w:ascii="Times New Roman" w:hAnsi="Times New Roman"/>
          <w:b/>
          <w:sz w:val="24"/>
        </w:rPr>
        <w:t>Accommodation generation is combinatorial, not preferential</w:t>
      </w:r>
    </w:p>
    <w:p>
      <w:pPr>
        <w:pStyle w:val="ListBullet"/>
        <w:spacing w:line="276" w:lineRule="auto"/>
        <w:ind w:left="720"/>
      </w:pPr>
      <w:r>
        <w:rPr>
          <w:rFonts w:ascii="Times New Roman" w:hAnsi="Times New Roman"/>
          <w:sz w:val="24"/>
        </w:rPr>
        <w:t>All possible value priority combinations are generated</w:t>
      </w:r>
    </w:p>
    <w:p>
      <w:pPr>
        <w:pStyle w:val="ListBullet"/>
        <w:spacing w:line="276" w:lineRule="auto"/>
        <w:ind w:left="720"/>
      </w:pPr>
      <w:r>
        <w:rPr>
          <w:rFonts w:ascii="Times New Roman" w:hAnsi="Times New Roman"/>
          <w:sz w:val="24"/>
        </w:rPr>
        <w:t>LLM doesn't get to pick "the best" accommodation</w:t>
      </w:r>
    </w:p>
    <w:p>
      <w:pPr>
        <w:pStyle w:val="ListNumber"/>
        <w:spacing w:line="276" w:lineRule="auto"/>
      </w:pPr>
      <w:r>
        <w:rPr>
          <w:rFonts w:ascii="Times New Roman" w:hAnsi="Times New Roman"/>
          <w:b/>
          <w:sz w:val="24"/>
        </w:rPr>
        <w:t>User decides based on their context, not LLM's training</w:t>
      </w:r>
    </w:p>
    <w:p>
      <w:pPr>
        <w:pStyle w:val="ListBullet"/>
        <w:spacing w:line="276" w:lineRule="auto"/>
        <w:ind w:left="720"/>
      </w:pPr>
      <w:r>
        <w:rPr>
          <w:rFonts w:ascii="Times New Roman" w:hAnsi="Times New Roman"/>
          <w:sz w:val="24"/>
        </w:rPr>
        <w:t>LLM presents options</w:t>
      </w:r>
    </w:p>
    <w:p>
      <w:pPr>
        <w:pStyle w:val="ListBullet"/>
        <w:spacing w:line="276" w:lineRule="auto"/>
        <w:ind w:left="720"/>
      </w:pPr>
      <w:r>
        <w:rPr>
          <w:rFonts w:ascii="Times New Roman" w:hAnsi="Times New Roman"/>
          <w:sz w:val="24"/>
        </w:rPr>
        <w:t>User chooses based on their situated knowledge</w:t>
      </w:r>
    </w:p>
    <w:p>
      <w:pPr>
        <w:spacing w:line="384" w:lineRule="auto" w:after="200"/>
        <w:jc w:val="both"/>
      </w:pPr>
      <w:r>
        <w:rPr>
          <w:rFonts w:ascii="Times New Roman" w:hAnsi="Times New Roman"/>
          <w:b/>
          <w:sz w:val="24"/>
        </w:rPr>
        <w:t>Result:</w:t>
      </w:r>
      <w:r>
        <w:rPr>
          <w:rFonts w:ascii="Times New Roman" w:hAnsi="Times New Roman"/>
          <w:sz w:val="24"/>
        </w:rPr>
        <w:t xml:space="preserve"> LLM's training bias is </w:t>
      </w:r>
      <w:r>
        <w:rPr>
          <w:rFonts w:ascii="Times New Roman" w:hAnsi="Times New Roman"/>
          <w:b/>
          <w:sz w:val="24"/>
        </w:rPr>
        <w:t>fragmented</w:t>
      </w:r>
      <w:r>
        <w:rPr>
          <w:rFonts w:ascii="Times New Roman" w:hAnsi="Times New Roman"/>
          <w:sz w:val="24"/>
        </w:rPr>
        <w:t xml:space="preserve"> across multiple accommodations. Even if LLM subtly favors "autonomy" in its framing, the structure ensures "community harmony" accommodation is also presented and fairly articulated.</w:t>
      </w:r>
    </w:p>
    <w:p/>
    <w:p>
      <w:pPr>
        <w:spacing w:before="280" w:after="160"/>
      </w:pPr>
      <w:r>
        <w:rPr>
          <w:rFonts w:ascii="Times New Roman" w:hAnsi="Times New Roman"/>
          <w:b/>
          <w:color w:val="424242"/>
          <w:sz w:val="28"/>
        </w:rPr>
        <w:t>Problem 2: Coherence Pressure → Model Gives Unified Answer</w:t>
      </w:r>
    </w:p>
    <w:p>
      <w:pPr>
        <w:spacing w:line="384" w:lineRule="auto" w:after="200"/>
        <w:jc w:val="both"/>
      </w:pPr>
      <w:r>
        <w:rPr>
          <w:rFonts w:ascii="Times New Roman" w:hAnsi="Times New Roman"/>
          <w:b/>
          <w:sz w:val="24"/>
        </w:rPr>
        <w:t>Example:</w:t>
      </w:r>
      <w:r>
        <w:rPr>
          <w:rFonts w:ascii="Times New Roman" w:hAnsi="Times New Roman"/>
          <w:sz w:val="24"/>
        </w:rPr>
        <w:t xml:space="preserve"> RLHF trains models to give confident, consistent answers. This suppresses pluralism ("the answer depends on your values") in favor of seeming authoritative ("the answer is X").</w:t>
      </w:r>
    </w:p>
    <w:p>
      <w:pPr>
        <w:spacing w:line="384" w:lineRule="auto" w:after="200"/>
        <w:jc w:val="both"/>
      </w:pPr>
      <w:r>
        <w:rPr>
          <w:rFonts w:ascii="Times New Roman" w:hAnsi="Times New Roman"/>
          <w:b/>
          <w:sz w:val="24"/>
        </w:rPr>
        <w:t>Protection:</w:t>
      </w:r>
    </w:p>
    <w:p>
      <w:pPr>
        <w:pStyle w:val="ListNumber"/>
        <w:spacing w:line="276" w:lineRule="auto"/>
      </w:pPr>
      <w:r>
        <w:rPr>
          <w:rFonts w:ascii="Times New Roman" w:hAnsi="Times New Roman"/>
          <w:b/>
          <w:sz w:val="24"/>
        </w:rPr>
        <w:t>Protocol mandates presenting multiple options</w:t>
      </w:r>
    </w:p>
    <w:p>
      <w:pPr>
        <w:pStyle w:val="ListBullet"/>
        <w:spacing w:line="276" w:lineRule="auto"/>
        <w:ind w:left="720"/>
      </w:pPr>
      <w:r>
        <w:rPr>
          <w:rFonts w:ascii="Times New Roman" w:hAnsi="Times New Roman"/>
          <w:sz w:val="24"/>
        </w:rPr>
        <w:t>LLM cannot say "Option B is best"</w:t>
      </w:r>
    </w:p>
    <w:p>
      <w:pPr>
        <w:pStyle w:val="ListBullet"/>
        <w:spacing w:line="276" w:lineRule="auto"/>
        <w:ind w:left="720"/>
      </w:pPr>
      <w:r>
        <w:rPr>
          <w:rFonts w:ascii="Times New Roman" w:hAnsi="Times New Roman"/>
          <w:sz w:val="24"/>
        </w:rPr>
        <w:t>Must present 3-4 options with different value trade-offs</w:t>
      </w:r>
    </w:p>
    <w:p>
      <w:pPr>
        <w:pStyle w:val="ListNumber"/>
        <w:spacing w:line="276" w:lineRule="auto"/>
      </w:pPr>
      <w:r>
        <w:rPr>
          <w:rFonts w:ascii="Times New Roman" w:hAnsi="Times New Roman"/>
          <w:b/>
          <w:sz w:val="24"/>
        </w:rPr>
        <w:t>Moral remainders are required documentation</w:t>
      </w:r>
    </w:p>
    <w:p>
      <w:pPr>
        <w:pStyle w:val="ListBullet"/>
        <w:spacing w:line="276" w:lineRule="auto"/>
        <w:ind w:left="720"/>
      </w:pPr>
      <w:r>
        <w:rPr>
          <w:rFonts w:ascii="Times New Roman" w:hAnsi="Times New Roman"/>
          <w:sz w:val="24"/>
        </w:rPr>
        <w:t>LLM must explicitly state what values are NOT honored in each option</w:t>
      </w:r>
    </w:p>
    <w:p>
      <w:pPr>
        <w:pStyle w:val="ListBullet"/>
        <w:spacing w:line="276" w:lineRule="auto"/>
        <w:ind w:left="720"/>
      </w:pPr>
      <w:r>
        <w:rPr>
          <w:rFonts w:ascii="Times New Roman" w:hAnsi="Times New Roman"/>
          <w:sz w:val="24"/>
        </w:rPr>
        <w:t>Cannot pretend any option is perfect</w:t>
      </w:r>
    </w:p>
    <w:p>
      <w:pPr>
        <w:pStyle w:val="ListNumber"/>
        <w:spacing w:line="276" w:lineRule="auto"/>
      </w:pPr>
      <w:r>
        <w:rPr>
          <w:rFonts w:ascii="Times New Roman" w:hAnsi="Times New Roman"/>
          <w:b/>
          <w:sz w:val="24"/>
        </w:rPr>
        <w:t>User rationale is collected</w:t>
      </w:r>
    </w:p>
    <w:p>
      <w:pPr>
        <w:pStyle w:val="ListBullet"/>
        <w:spacing w:line="276" w:lineRule="auto"/>
        <w:ind w:left="720"/>
      </w:pPr>
      <w:r>
        <w:rPr>
          <w:rFonts w:ascii="Times New Roman" w:hAnsi="Times New Roman"/>
          <w:sz w:val="24"/>
        </w:rPr>
        <w:t>After choosing, user explains WHY</w:t>
      </w:r>
    </w:p>
    <w:p>
      <w:pPr>
        <w:pStyle w:val="ListBullet"/>
        <w:spacing w:line="276" w:lineRule="auto"/>
        <w:ind w:left="720"/>
      </w:pPr>
      <w:r>
        <w:rPr>
          <w:rFonts w:ascii="Times New Roman" w:hAnsi="Times New Roman"/>
          <w:sz w:val="24"/>
        </w:rPr>
        <w:t>This breaks "just trust the AI" dynamic</w:t>
      </w:r>
    </w:p>
    <w:p>
      <w:pPr>
        <w:spacing w:line="384" w:lineRule="auto" w:after="200"/>
        <w:jc w:val="both"/>
      </w:pPr>
      <w:r>
        <w:rPr>
          <w:rFonts w:ascii="Times New Roman" w:hAnsi="Times New Roman"/>
          <w:b/>
          <w:sz w:val="24"/>
        </w:rPr>
        <w:t>Result:</w:t>
      </w:r>
      <w:r>
        <w:rPr>
          <w:rFonts w:ascii="Times New Roman" w:hAnsi="Times New Roman"/>
          <w:sz w:val="24"/>
        </w:rPr>
        <w:t xml:space="preserve"> LLM is </w:t>
      </w:r>
      <w:r>
        <w:rPr>
          <w:rFonts w:ascii="Times New Roman" w:hAnsi="Times New Roman"/>
          <w:b/>
          <w:sz w:val="24"/>
        </w:rPr>
        <w:t>structurally prevented</w:t>
      </w:r>
      <w:r>
        <w:rPr>
          <w:rFonts w:ascii="Times New Roman" w:hAnsi="Times New Roman"/>
          <w:sz w:val="24"/>
        </w:rPr>
        <w:t xml:space="preserve"> from giving unified, confident answer. The protocol forces pluralism.</w:t>
      </w:r>
    </w:p>
    <w:p/>
    <w:p>
      <w:pPr>
        <w:spacing w:before="280" w:after="160"/>
      </w:pPr>
      <w:r>
        <w:rPr>
          <w:rFonts w:ascii="Times New Roman" w:hAnsi="Times New Roman"/>
          <w:b/>
          <w:color w:val="424242"/>
          <w:sz w:val="28"/>
        </w:rPr>
        <w:t>Problem 3: Authority Mimicry → User Defers to AI</w:t>
      </w:r>
    </w:p>
    <w:p>
      <w:pPr>
        <w:spacing w:line="384" w:lineRule="auto" w:after="200"/>
        <w:jc w:val="both"/>
      </w:pPr>
      <w:r>
        <w:rPr>
          <w:rFonts w:ascii="Times New Roman" w:hAnsi="Times New Roman"/>
          <w:b/>
          <w:sz w:val="24"/>
        </w:rPr>
        <w:t>Example:</w:t>
      </w:r>
      <w:r>
        <w:rPr>
          <w:rFonts w:ascii="Times New Roman" w:hAnsi="Times New Roman"/>
          <w:sz w:val="24"/>
        </w:rPr>
        <w:t xml:space="preserve"> LLM sounds authoritative, user assumes AI knows better, user defers decision to AI.</w:t>
      </w:r>
    </w:p>
    <w:p>
      <w:pPr>
        <w:spacing w:line="384" w:lineRule="auto" w:after="200"/>
        <w:jc w:val="both"/>
      </w:pPr>
      <w:r>
        <w:rPr>
          <w:rFonts w:ascii="Times New Roman" w:hAnsi="Times New Roman"/>
          <w:b/>
          <w:sz w:val="24"/>
        </w:rPr>
        <w:t>Protection:</w:t>
      </w:r>
    </w:p>
    <w:p>
      <w:pPr>
        <w:pStyle w:val="ListNumber"/>
        <w:spacing w:line="276" w:lineRule="auto"/>
      </w:pPr>
      <w:r>
        <w:rPr>
          <w:rFonts w:ascii="Times New Roman" w:hAnsi="Times New Roman"/>
          <w:b/>
          <w:sz w:val="24"/>
        </w:rPr>
        <w:t>System refuses to decide for user</w:t>
      </w:r>
    </w:p>
    <w:p>
      <w:pPr>
        <w:pStyle w:val="ListBullet"/>
        <w:spacing w:line="276" w:lineRule="auto"/>
        <w:ind w:left="720"/>
      </w:pPr>
      <w:r>
        <w:rPr>
          <w:rFonts w:ascii="Times New Roman" w:hAnsi="Times New Roman"/>
          <w:sz w:val="24"/>
        </w:rPr>
        <w:t>If user says "you choose," system says "I cannot make this decision for you"</w:t>
      </w:r>
    </w:p>
    <w:p>
      <w:pPr>
        <w:pStyle w:val="ListBullet"/>
        <w:spacing w:line="276" w:lineRule="auto"/>
        <w:ind w:left="720"/>
      </w:pPr>
      <w:r>
        <w:rPr>
          <w:rFonts w:ascii="Times New Roman" w:hAnsi="Times New Roman"/>
          <w:sz w:val="24"/>
        </w:rPr>
        <w:t>Forces user to engage with trade-offs</w:t>
      </w:r>
    </w:p>
    <w:p>
      <w:pPr>
        <w:pStyle w:val="ListNumber"/>
        <w:spacing w:line="276" w:lineRule="auto"/>
      </w:pPr>
      <w:r>
        <w:rPr>
          <w:rFonts w:ascii="Times New Roman" w:hAnsi="Times New Roman"/>
          <w:b/>
          <w:sz w:val="24"/>
        </w:rPr>
        <w:t>Transparency log shows LLM is facilitator, not arbiter</w:t>
      </w:r>
    </w:p>
    <w:p>
      <w:pPr>
        <w:pStyle w:val="ListBullet"/>
        <w:spacing w:line="276" w:lineRule="auto"/>
        <w:ind w:left="720"/>
      </w:pPr>
      <w:r>
        <w:rPr>
          <w:rFonts w:ascii="Times New Roman" w:hAnsi="Times New Roman"/>
          <w:sz w:val="24"/>
        </w:rPr>
        <w:t>User can see: "LLM generated these options, but YOU chose"</w:t>
      </w:r>
    </w:p>
    <w:p>
      <w:pPr>
        <w:pStyle w:val="ListBullet"/>
        <w:spacing w:line="276" w:lineRule="auto"/>
        <w:ind w:left="720"/>
      </w:pPr>
      <w:r>
        <w:rPr>
          <w:rFonts w:ascii="Times New Roman" w:hAnsi="Times New Roman"/>
          <w:sz w:val="24"/>
        </w:rPr>
        <w:t>Reinforces user agency</w:t>
      </w:r>
    </w:p>
    <w:p>
      <w:pPr>
        <w:pStyle w:val="ListNumber"/>
        <w:spacing w:line="276" w:lineRule="auto"/>
      </w:pPr>
      <w:r>
        <w:rPr>
          <w:rFonts w:ascii="Times New Roman" w:hAnsi="Times New Roman"/>
          <w:b/>
          <w:sz w:val="24"/>
        </w:rPr>
        <w:t>Post-deliberation survey breaks deference</w:t>
      </w:r>
    </w:p>
    <w:p>
      <w:pPr>
        <w:pStyle w:val="ListBullet"/>
        <w:spacing w:line="276" w:lineRule="auto"/>
        <w:ind w:left="720"/>
      </w:pPr>
      <w:r>
        <w:rPr>
          <w:rFonts w:ascii="Times New Roman" w:hAnsi="Times New Roman"/>
          <w:sz w:val="24"/>
        </w:rPr>
        <w:t>After outcome, system asks: "Did you feel pressured to choose a certain option?"</w:t>
      </w:r>
    </w:p>
    <w:p>
      <w:pPr>
        <w:pStyle w:val="ListBullet"/>
        <w:spacing w:line="276" w:lineRule="auto"/>
        <w:ind w:left="720"/>
      </w:pPr>
      <w:r>
        <w:rPr>
          <w:rFonts w:ascii="Times New Roman" w:hAnsi="Times New Roman"/>
          <w:sz w:val="24"/>
        </w:rPr>
        <w:t>"Did the AI seem biased toward one option?"</w:t>
      </w:r>
    </w:p>
    <w:p>
      <w:pPr>
        <w:pStyle w:val="ListBullet"/>
        <w:spacing w:line="276" w:lineRule="auto"/>
        <w:ind w:left="720"/>
      </w:pPr>
      <w:r>
        <w:rPr>
          <w:rFonts w:ascii="Times New Roman" w:hAnsi="Times New Roman"/>
          <w:sz w:val="24"/>
        </w:rPr>
        <w:t>This metacognitive prompt reminds user they are evaluating AI, not deferring to it</w:t>
      </w:r>
    </w:p>
    <w:p>
      <w:pPr>
        <w:spacing w:line="384" w:lineRule="auto" w:after="200"/>
        <w:jc w:val="both"/>
      </w:pPr>
      <w:r>
        <w:rPr>
          <w:rFonts w:ascii="Times New Roman" w:hAnsi="Times New Roman"/>
          <w:b/>
          <w:sz w:val="24"/>
        </w:rPr>
        <w:t>Result:</w:t>
      </w:r>
      <w:r>
        <w:rPr>
          <w:rFonts w:ascii="Times New Roman" w:hAnsi="Times New Roman"/>
          <w:sz w:val="24"/>
        </w:rPr>
        <w:t xml:space="preserve"> Authority laundering is blocked. User remains decision-maker.</w:t>
      </w:r>
    </w:p>
    <w:p/>
    <w:p>
      <w:pPr>
        <w:spacing w:before="280" w:after="160"/>
      </w:pPr>
      <w:r>
        <w:rPr>
          <w:rFonts w:ascii="Times New Roman" w:hAnsi="Times New Roman"/>
          <w:b/>
          <w:color w:val="424242"/>
          <w:sz w:val="28"/>
        </w:rPr>
        <w:t>Problem 4: Feedback Loops → Popular Options Get Reinforced</w:t>
      </w:r>
    </w:p>
    <w:p>
      <w:pPr>
        <w:spacing w:line="384" w:lineRule="auto" w:after="200"/>
        <w:jc w:val="both"/>
      </w:pPr>
      <w:r>
        <w:rPr>
          <w:rFonts w:ascii="Times New Roman" w:hAnsi="Times New Roman"/>
          <w:b/>
          <w:sz w:val="24"/>
        </w:rPr>
        <w:t>Example:</w:t>
      </w:r>
      <w:r>
        <w:rPr>
          <w:rFonts w:ascii="Times New Roman" w:hAnsi="Times New Roman"/>
          <w:sz w:val="24"/>
        </w:rPr>
        <w:t xml:space="preserve"> If 80% of users choose "Option B" (nonce-based CSP), LLM might start framing Option B more favorably in future deliberations (self-reinforcing bias).</w:t>
      </w:r>
    </w:p>
    <w:p>
      <w:pPr>
        <w:spacing w:line="384" w:lineRule="auto" w:after="200"/>
        <w:jc w:val="both"/>
      </w:pPr>
      <w:r>
        <w:rPr>
          <w:rFonts w:ascii="Times New Roman" w:hAnsi="Times New Roman"/>
          <w:b/>
          <w:sz w:val="24"/>
        </w:rPr>
        <w:t>Protection:</w:t>
      </w:r>
    </w:p>
    <w:p>
      <w:pPr>
        <w:pStyle w:val="ListNumber"/>
        <w:spacing w:line="276" w:lineRule="auto"/>
      </w:pPr>
      <w:r>
        <w:rPr>
          <w:rFonts w:ascii="Times New Roman" w:hAnsi="Times New Roman"/>
          <w:b/>
          <w:sz w:val="24"/>
        </w:rPr>
        <w:t>Accommodation generation is independent of past user choices</w:t>
      </w:r>
    </w:p>
    <w:p>
      <w:pPr>
        <w:pStyle w:val="ListBullet"/>
        <w:spacing w:line="276" w:lineRule="auto"/>
        <w:ind w:left="720"/>
      </w:pPr>
      <w:r>
        <w:rPr>
          <w:rFonts w:ascii="Times New Roman" w:hAnsi="Times New Roman"/>
          <w:sz w:val="24"/>
        </w:rPr>
        <w:t>Code doesn't look at "what did most users pick?"</w:t>
      </w:r>
    </w:p>
    <w:p>
      <w:pPr>
        <w:pStyle w:val="ListBullet"/>
        <w:spacing w:line="276" w:lineRule="auto"/>
        <w:ind w:left="720"/>
      </w:pPr>
      <w:r>
        <w:rPr>
          <w:rFonts w:ascii="Times New Roman" w:hAnsi="Times New Roman"/>
          <w:sz w:val="24"/>
        </w:rPr>
        <w:t>Generates options based on current stakeholder values, not popularity</w:t>
      </w:r>
    </w:p>
    <w:p>
      <w:pPr>
        <w:pStyle w:val="ListNumber"/>
        <w:spacing w:line="276" w:lineRule="auto"/>
      </w:pPr>
      <w:r>
        <w:rPr>
          <w:rFonts w:ascii="Times New Roman" w:hAnsi="Times New Roman"/>
          <w:b/>
          <w:sz w:val="24"/>
        </w:rPr>
        <w:t>Shuffle prevents order bias</w:t>
      </w:r>
    </w:p>
    <w:p>
      <w:pPr>
        <w:pStyle w:val="ListBullet"/>
        <w:spacing w:line="276" w:lineRule="auto"/>
        <w:ind w:left="720"/>
      </w:pPr>
      <w:r>
        <w:rPr>
          <w:rFonts w:ascii="Times New Roman" w:hAnsi="Times New Roman"/>
          <w:sz w:val="24"/>
        </w:rPr>
        <w:t>Options presented in random order each time</w:t>
      </w:r>
    </w:p>
    <w:p>
      <w:pPr>
        <w:pStyle w:val="ListBullet"/>
        <w:spacing w:line="276" w:lineRule="auto"/>
        <w:ind w:left="720"/>
      </w:pPr>
      <w:r>
        <w:rPr>
          <w:rFonts w:ascii="Times New Roman" w:hAnsi="Times New Roman"/>
          <w:sz w:val="24"/>
        </w:rPr>
        <w:t>Prevents "Option B is always second and most popular"</w:t>
      </w:r>
    </w:p>
    <w:p>
      <w:pPr>
        <w:pStyle w:val="ListNumber"/>
        <w:spacing w:line="276" w:lineRule="auto"/>
      </w:pPr>
      <w:r>
        <w:rPr>
          <w:rFonts w:ascii="Times New Roman" w:hAnsi="Times New Roman"/>
          <w:b/>
          <w:sz w:val="24"/>
        </w:rPr>
        <w:t>Precedent system tracks outcomes, not preferences</w:t>
      </w:r>
    </w:p>
    <w:p>
      <w:pPr>
        <w:pStyle w:val="ListBullet"/>
        <w:spacing w:line="276" w:lineRule="auto"/>
        <w:ind w:left="720"/>
      </w:pPr>
      <w:r>
        <w:rPr>
          <w:rFonts w:ascii="Times New Roman" w:hAnsi="Times New Roman"/>
          <w:sz w:val="24"/>
        </w:rPr>
        <w:t>System learns: "In CSP conflicts, nonce-based accommodation was feasible"</w:t>
      </w:r>
    </w:p>
    <w:p>
      <w:pPr>
        <w:pStyle w:val="ListBullet"/>
        <w:spacing w:line="276" w:lineRule="auto"/>
        <w:ind w:left="720"/>
      </w:pPr>
      <w:r>
        <w:rPr>
          <w:rFonts w:ascii="Times New Roman" w:hAnsi="Times New Roman"/>
          <w:sz w:val="24"/>
        </w:rPr>
        <w:t>Does NOT learn: "Users prefer efficiency over security" (global bias)</w:t>
      </w:r>
    </w:p>
    <w:p>
      <w:pPr>
        <w:pStyle w:val="ListBullet"/>
        <w:spacing w:line="276" w:lineRule="auto"/>
        <w:ind w:left="720"/>
      </w:pPr>
      <w:r>
        <w:rPr>
          <w:rFonts w:ascii="Times New Roman" w:hAnsi="Times New Roman"/>
          <w:sz w:val="24"/>
        </w:rPr>
        <w:t>Learns context-specific feasibility, not universal value hierarchies</w:t>
      </w:r>
    </w:p>
    <w:p>
      <w:pPr>
        <w:spacing w:line="384" w:lineRule="auto" w:after="200"/>
        <w:jc w:val="both"/>
      </w:pPr>
      <w:r>
        <w:rPr>
          <w:rFonts w:ascii="Times New Roman" w:hAnsi="Times New Roman"/>
          <w:b/>
          <w:sz w:val="24"/>
        </w:rPr>
        <w:t>Result:</w:t>
      </w:r>
      <w:r>
        <w:rPr>
          <w:rFonts w:ascii="Times New Roman" w:hAnsi="Times New Roman"/>
          <w:sz w:val="24"/>
        </w:rPr>
        <w:t xml:space="preserve"> Popularity doesn't create hierarchical dominance. Precedents inform feasibility, not values.</w:t>
      </w:r>
    </w:p>
    <w:p/>
    <w:p>
      <w:pPr>
        <w:spacing w:before="280" w:after="160"/>
      </w:pPr>
      <w:r>
        <w:rPr>
          <w:rFonts w:ascii="Times New Roman" w:hAnsi="Times New Roman"/>
          <w:b/>
          <w:color w:val="424242"/>
          <w:sz w:val="28"/>
        </w:rPr>
        <w:t>Problem 5: Optimization Momentum → Larger Models = Stronger Bias</w:t>
      </w:r>
    </w:p>
    <w:p>
      <w:pPr>
        <w:spacing w:line="384" w:lineRule="auto" w:after="200"/>
        <w:jc w:val="both"/>
      </w:pPr>
      <w:r>
        <w:rPr>
          <w:rFonts w:ascii="Times New Roman" w:hAnsi="Times New Roman"/>
          <w:b/>
          <w:sz w:val="24"/>
        </w:rPr>
        <w:t>Example:</w:t>
      </w:r>
      <w:r>
        <w:rPr>
          <w:rFonts w:ascii="Times New Roman" w:hAnsi="Times New Roman"/>
          <w:sz w:val="24"/>
        </w:rPr>
        <w:t xml:space="preserve"> As LLMs get more capable, they become "better" at imposing their training distribution. GPT-5 might be even more confident and persuasive than GPT-4, making resistance harder.</w:t>
      </w:r>
    </w:p>
    <w:p>
      <w:pPr>
        <w:spacing w:line="384" w:lineRule="auto" w:after="200"/>
        <w:jc w:val="both"/>
      </w:pPr>
      <w:r>
        <w:rPr>
          <w:rFonts w:ascii="Times New Roman" w:hAnsi="Times New Roman"/>
          <w:b/>
          <w:sz w:val="24"/>
        </w:rPr>
        <w:t>Protection:</w:t>
      </w:r>
    </w:p>
    <w:p>
      <w:pPr>
        <w:pStyle w:val="ListNumber"/>
        <w:spacing w:line="276" w:lineRule="auto"/>
      </w:pPr>
      <w:r>
        <w:rPr>
          <w:rFonts w:ascii="Times New Roman" w:hAnsi="Times New Roman"/>
          <w:b/>
          <w:sz w:val="24"/>
        </w:rPr>
        <w:t>Architectural constraints don't depend on model capability</w:t>
      </w:r>
    </w:p>
    <w:p>
      <w:pPr>
        <w:pStyle w:val="ListBullet"/>
        <w:spacing w:line="276" w:lineRule="auto"/>
        <w:ind w:left="720"/>
      </w:pPr>
      <w:r>
        <w:rPr>
          <w:rFonts w:ascii="Times New Roman" w:hAnsi="Times New Roman"/>
          <w:sz w:val="24"/>
        </w:rPr>
        <w:t>Hard boundaries enforced by code, not model judgment</w:t>
      </w:r>
    </w:p>
    <w:p>
      <w:pPr>
        <w:pStyle w:val="ListBullet"/>
        <w:spacing w:line="276" w:lineRule="auto"/>
        <w:ind w:left="720"/>
      </w:pPr>
      <w:r>
        <w:rPr>
          <w:rFonts w:ascii="Times New Roman" w:hAnsi="Times New Roman"/>
          <w:sz w:val="24"/>
        </w:rPr>
        <w:t>Stakeholder selection rules are deterministic</w:t>
      </w:r>
    </w:p>
    <w:p>
      <w:pPr>
        <w:pStyle w:val="ListBullet"/>
        <w:spacing w:line="276" w:lineRule="auto"/>
        <w:ind w:left="720"/>
      </w:pPr>
      <w:r>
        <w:rPr>
          <w:rFonts w:ascii="Times New Roman" w:hAnsi="Times New Roman"/>
          <w:sz w:val="24"/>
        </w:rPr>
        <w:t>User decision authority is structural</w:t>
      </w:r>
    </w:p>
    <w:p>
      <w:pPr>
        <w:pStyle w:val="ListNumber"/>
        <w:spacing w:line="276" w:lineRule="auto"/>
      </w:pPr>
      <w:r>
        <w:rPr>
          <w:rFonts w:ascii="Times New Roman" w:hAnsi="Times New Roman"/>
          <w:b/>
          <w:sz w:val="24"/>
        </w:rPr>
        <w:t>Stronger models make deliberation BETTER, not more dominant</w:t>
      </w:r>
    </w:p>
    <w:p>
      <w:pPr>
        <w:pStyle w:val="ListBullet"/>
        <w:spacing w:line="276" w:lineRule="auto"/>
        <w:ind w:left="720"/>
      </w:pPr>
      <w:r>
        <w:rPr>
          <w:rFonts w:ascii="Times New Roman" w:hAnsi="Times New Roman"/>
          <w:sz w:val="24"/>
        </w:rPr>
        <w:t>Better LLM = better articulation of each stakeholder position</w:t>
      </w:r>
    </w:p>
    <w:p>
      <w:pPr>
        <w:pStyle w:val="ListBullet"/>
        <w:spacing w:line="276" w:lineRule="auto"/>
        <w:ind w:left="720"/>
      </w:pPr>
      <w:r>
        <w:rPr>
          <w:rFonts w:ascii="Times New Roman" w:hAnsi="Times New Roman"/>
          <w:sz w:val="24"/>
        </w:rPr>
        <w:t>Better LLM = more creative accommodations</w:t>
      </w:r>
    </w:p>
    <w:p>
      <w:pPr>
        <w:pStyle w:val="ListBullet"/>
        <w:spacing w:line="276" w:lineRule="auto"/>
        <w:ind w:left="720"/>
      </w:pPr>
      <w:r>
        <w:rPr>
          <w:rFonts w:ascii="Times New Roman" w:hAnsi="Times New Roman"/>
          <w:sz w:val="24"/>
        </w:rPr>
        <w:t>Better LLM = clearer explanation of trade-offs</w:t>
      </w:r>
    </w:p>
    <w:p>
      <w:pPr>
        <w:pStyle w:val="ListBullet"/>
        <w:spacing w:line="276" w:lineRule="auto"/>
        <w:ind w:left="720"/>
      </w:pPr>
      <w:r>
        <w:rPr>
          <w:rFonts w:ascii="Times New Roman" w:hAnsi="Times New Roman"/>
          <w:sz w:val="24"/>
        </w:rPr>
        <w:t>BUT: Better LLM ≠ more power to override user</w:t>
      </w:r>
    </w:p>
    <w:p>
      <w:pPr>
        <w:pStyle w:val="ListNumber"/>
        <w:spacing w:line="276" w:lineRule="auto"/>
      </w:pPr>
      <w:r>
        <w:rPr>
          <w:rFonts w:ascii="Times New Roman" w:hAnsi="Times New Roman"/>
          <w:b/>
          <w:sz w:val="24"/>
        </w:rPr>
        <w:t>Bias detection improves with model capability</w:t>
      </w:r>
    </w:p>
    <w:p>
      <w:pPr>
        <w:pStyle w:val="ListBullet"/>
        <w:spacing w:line="276" w:lineRule="auto"/>
        <w:ind w:left="720"/>
      </w:pPr>
      <w:r>
        <w:rPr>
          <w:rFonts w:ascii="Times New Roman" w:hAnsi="Times New Roman"/>
          <w:sz w:val="24"/>
        </w:rPr>
        <w:t>Stronger models can better detect their own framing bias</w:t>
      </w:r>
    </w:p>
    <w:p>
      <w:pPr>
        <w:pStyle w:val="ListBullet"/>
        <w:spacing w:line="276" w:lineRule="auto"/>
        <w:ind w:left="720"/>
      </w:pPr>
      <w:r>
        <w:rPr>
          <w:rFonts w:ascii="Times New Roman" w:hAnsi="Times New Roman"/>
          <w:sz w:val="24"/>
        </w:rPr>
        <w:t>Meta-deliberation: "Did I frame Option B more favorably?"</w:t>
      </w:r>
    </w:p>
    <w:p>
      <w:pPr>
        <w:spacing w:line="384" w:lineRule="auto" w:after="200"/>
        <w:jc w:val="both"/>
      </w:pPr>
      <w:r>
        <w:rPr>
          <w:rFonts w:ascii="Times New Roman" w:hAnsi="Times New Roman"/>
          <w:b/>
          <w:sz w:val="24"/>
        </w:rPr>
        <w:t>Result:</w:t>
      </w:r>
      <w:r>
        <w:rPr>
          <w:rFonts w:ascii="Times New Roman" w:hAnsi="Times New Roman"/>
          <w:sz w:val="24"/>
        </w:rPr>
        <w:t xml:space="preserve"> Model improvement benefits users (better facilitation) without increasing dominance risk (structural constraints remain).</w:t>
      </w:r>
    </w:p>
    <w:p/>
    <w:p>
      <w:pPr>
        <w:spacing w:before="360" w:after="200"/>
      </w:pPr>
      <w:r>
        <w:rPr>
          <w:rFonts w:ascii="Times New Roman" w:hAnsi="Times New Roman"/>
          <w:b/>
          <w:color w:val="1976D2"/>
          <w:sz w:val="36"/>
        </w:rPr>
        <w:t>3. The Dichotomy Resolved: Hierarchical Boundaries + Non-Hierarchical Deliberation</w:t>
      </w:r>
    </w:p>
    <w:p>
      <w:pPr>
        <w:spacing w:before="280" w:after="160"/>
      </w:pPr>
      <w:r>
        <w:rPr>
          <w:rFonts w:ascii="Times New Roman" w:hAnsi="Times New Roman"/>
          <w:b/>
          <w:color w:val="424242"/>
          <w:sz w:val="28"/>
        </w:rPr>
        <w:t>The Apparent Contradiction</w:t>
      </w:r>
    </w:p>
    <w:p>
      <w:pPr>
        <w:spacing w:line="384" w:lineRule="auto" w:after="200"/>
        <w:jc w:val="both"/>
      </w:pPr>
      <w:r>
        <w:rPr>
          <w:rFonts w:ascii="Times New Roman" w:hAnsi="Times New Roman"/>
          <w:b/>
          <w:sz w:val="24"/>
        </w:rPr>
        <w:t>Question:</w:t>
      </w:r>
      <w:r>
        <w:rPr>
          <w:rFonts w:ascii="Times New Roman" w:hAnsi="Times New Roman"/>
          <w:sz w:val="24"/>
        </w:rPr>
        <w:t xml:space="preserve"> How can Tractatus have both:</w:t>
      </w:r>
    </w:p>
    <w:p>
      <w:pPr>
        <w:pStyle w:val="ListBullet"/>
        <w:spacing w:line="276" w:lineRule="auto"/>
      </w:pPr>
      <w:r>
        <w:rPr>
          <w:rFonts w:ascii="Times New Roman" w:hAnsi="Times New Roman"/>
          <w:b/>
          <w:sz w:val="24"/>
        </w:rPr>
        <w:t>Hierarchical rules</w:t>
      </w:r>
      <w:r>
        <w:rPr>
          <w:rFonts w:ascii="Times New Roman" w:hAnsi="Times New Roman"/>
          <w:sz w:val="24"/>
        </w:rPr>
        <w:t xml:space="preserve"> (BoundaryEnforcer blocks, HIGH persistence &gt; LOW persistence)</w:t>
      </w:r>
    </w:p>
    <w:p>
      <w:pPr>
        <w:pStyle w:val="ListBullet"/>
        <w:spacing w:line="276" w:lineRule="auto"/>
      </w:pPr>
      <w:r>
        <w:rPr>
          <w:rFonts w:ascii="Times New Roman" w:hAnsi="Times New Roman"/>
          <w:b/>
          <w:sz w:val="24"/>
        </w:rPr>
        <w:t>Non-hierarchical deliberation</w:t>
      </w:r>
      <w:r>
        <w:rPr>
          <w:rFonts w:ascii="Times New Roman" w:hAnsi="Times New Roman"/>
          <w:sz w:val="24"/>
        </w:rPr>
        <w:t xml:space="preserve"> (all values treated as legitimate)</w:t>
      </w:r>
    </w:p>
    <w:p>
      <w:pPr>
        <w:spacing w:line="384" w:lineRule="auto" w:after="200"/>
        <w:jc w:val="both"/>
      </w:pPr>
      <w:r>
        <w:rPr>
          <w:rFonts w:ascii="Times New Roman" w:hAnsi="Times New Roman"/>
          <w:sz w:val="24"/>
        </w:rPr>
        <w:t>Doesn't this contradict itself?</w:t>
      </w:r>
    </w:p>
    <w:p/>
    <w:p>
      <w:pPr>
        <w:spacing w:before="280" w:after="160"/>
      </w:pPr>
      <w:r>
        <w:rPr>
          <w:rFonts w:ascii="Times New Roman" w:hAnsi="Times New Roman"/>
          <w:b/>
          <w:color w:val="424242"/>
          <w:sz w:val="28"/>
        </w:rPr>
        <w:t>The Resolution: Different Domains, Different Logics</w:t>
      </w:r>
    </w:p>
    <w:p>
      <w:pPr>
        <w:spacing w:line="384" w:lineRule="auto" w:after="200"/>
        <w:jc w:val="both"/>
      </w:pPr>
      <w:r>
        <w:rPr>
          <w:rFonts w:ascii="Times New Roman" w:hAnsi="Times New Roman"/>
          <w:b/>
          <w:sz w:val="24"/>
        </w:rPr>
        <w:t>Boundaries (Hierarchical) Apply to: HARM PREVENTION</w:t>
      </w:r>
    </w:p>
    <w:p>
      <w:pPr>
        <w:pStyle w:val="ListBullet"/>
        <w:spacing w:line="276" w:lineRule="auto"/>
      </w:pPr>
      <w:r>
        <w:rPr>
          <w:rFonts w:ascii="Times New Roman" w:hAnsi="Times New Roman"/>
          <w:sz w:val="24"/>
        </w:rPr>
        <w:t>"Don't scrape personal data" (privacy boundary)</w:t>
      </w:r>
    </w:p>
    <w:p>
      <w:pPr>
        <w:pStyle w:val="ListBullet"/>
        <w:spacing w:line="276" w:lineRule="auto"/>
      </w:pPr>
      <w:r>
        <w:rPr>
          <w:rFonts w:ascii="Times New Roman" w:hAnsi="Times New Roman"/>
          <w:sz w:val="24"/>
        </w:rPr>
        <w:t>"Don't generate hate speech" (harm boundary)</w:t>
      </w:r>
    </w:p>
    <w:p>
      <w:pPr>
        <w:pStyle w:val="ListBullet"/>
        <w:spacing w:line="276" w:lineRule="auto"/>
      </w:pPr>
      <w:r>
        <w:rPr>
          <w:rFonts w:ascii="Times New Roman" w:hAnsi="Times New Roman"/>
          <w:sz w:val="24"/>
        </w:rPr>
        <w:t>"Don't delete production data without backup" (safety boundary)</w:t>
      </w:r>
    </w:p>
    <w:p>
      <w:pPr>
        <w:spacing w:line="384" w:lineRule="auto" w:after="200"/>
        <w:jc w:val="both"/>
      </w:pPr>
      <w:r>
        <w:rPr>
          <w:rFonts w:ascii="Times New Roman" w:hAnsi="Times New Roman"/>
          <w:b/>
          <w:sz w:val="24"/>
        </w:rPr>
        <w:t>These are non-negotiable because they prevent harm to OTHERS.</w:t>
      </w:r>
    </w:p>
    <w:p>
      <w:pPr>
        <w:spacing w:line="384" w:lineRule="auto" w:after="200"/>
        <w:jc w:val="both"/>
      </w:pPr>
      <w:r>
        <w:rPr>
          <w:rFonts w:ascii="Times New Roman" w:hAnsi="Times New Roman"/>
          <w:b/>
          <w:sz w:val="24"/>
        </w:rPr>
        <w:t>Deliberation (Non-Hierarchical) Applies to: VALUE CONFLICTS</w:t>
      </w:r>
    </w:p>
    <w:p>
      <w:pPr>
        <w:pStyle w:val="ListBullet"/>
        <w:spacing w:line="276" w:lineRule="auto"/>
      </w:pPr>
      <w:r>
        <w:rPr>
          <w:rFonts w:ascii="Times New Roman" w:hAnsi="Times New Roman"/>
          <w:sz w:val="24"/>
        </w:rPr>
        <w:t>"Efficiency vs. Security" (both legitimate, context-dependent)</w:t>
      </w:r>
    </w:p>
    <w:p>
      <w:pPr>
        <w:pStyle w:val="ListBullet"/>
        <w:spacing w:line="276" w:lineRule="auto"/>
      </w:pPr>
      <w:r>
        <w:rPr>
          <w:rFonts w:ascii="Times New Roman" w:hAnsi="Times New Roman"/>
          <w:sz w:val="24"/>
        </w:rPr>
        <w:t>"Autonomy vs. Consistency" (both legitimate, depends on stakes)</w:t>
      </w:r>
    </w:p>
    <w:p>
      <w:pPr>
        <w:pStyle w:val="ListBullet"/>
        <w:spacing w:line="276" w:lineRule="auto"/>
      </w:pPr>
      <w:r>
        <w:rPr>
          <w:rFonts w:ascii="Times New Roman" w:hAnsi="Times New Roman"/>
          <w:sz w:val="24"/>
        </w:rPr>
        <w:t>"Speed vs. Quality" (both legitimate, depends on constraints)</w:t>
      </w:r>
    </w:p>
    <w:p>
      <w:pPr>
        <w:spacing w:line="384" w:lineRule="auto" w:after="200"/>
        <w:jc w:val="both"/>
      </w:pPr>
      <w:r>
        <w:rPr>
          <w:rFonts w:ascii="Times New Roman" w:hAnsi="Times New Roman"/>
          <w:b/>
          <w:sz w:val="24"/>
        </w:rPr>
        <w:t>These require deliberation because they involve trade-offs among LEGITIMATE values.</w:t>
      </w:r>
    </w:p>
    <w:p/>
    <w:p>
      <w:pPr>
        <w:spacing w:before="280" w:after="160"/>
      </w:pPr>
      <w:r>
        <w:rPr>
          <w:rFonts w:ascii="Times New Roman" w:hAnsi="Times New Roman"/>
          <w:b/>
          <w:color w:val="424242"/>
          <w:sz w:val="28"/>
        </w:rPr>
        <w:t>The Distinction: Harm vs. Trade-offs</w:t>
      </w:r>
    </w:p>
    <w:p>
      <w:pPr>
        <w:spacing w:line="384" w:lineRule="auto" w:after="200"/>
        <w:jc w:val="both"/>
      </w:pPr>
      <w:r>
        <w:rPr>
          <w:rFonts w:ascii="Times New Roman" w:hAnsi="Times New Roman"/>
          <w:sz w:val="24"/>
        </w:rPr>
        <w:t>| Scenario | Type | Treatment | Why |</w:t>
      </w:r>
    </w:p>
    <w:p>
      <w:pPr>
        <w:spacing w:line="384" w:lineRule="auto" w:after="200"/>
        <w:jc w:val="both"/>
      </w:pPr>
      <w:r>
        <w:rPr>
          <w:rFonts w:ascii="Times New Roman" w:hAnsi="Times New Roman"/>
          <w:sz w:val="24"/>
        </w:rPr>
        <w:t>|----------|------|-----------|-----|</w:t>
      </w:r>
    </w:p>
    <w:p>
      <w:pPr>
        <w:spacing w:line="384" w:lineRule="auto" w:after="200"/>
        <w:jc w:val="both"/>
      </w:pPr>
      <w:r>
        <w:rPr>
          <w:rFonts w:ascii="Times New Roman" w:hAnsi="Times New Roman"/>
          <w:sz w:val="24"/>
        </w:rPr>
        <w:t>| User: "Help me hack into competitor's database" | Harm to Others | BLOCK (no deliberation) | Violates privacy, illegal, non-negotiable |</w:t>
      </w:r>
    </w:p>
    <w:p>
      <w:pPr>
        <w:spacing w:line="384" w:lineRule="auto" w:after="200"/>
        <w:jc w:val="both"/>
      </w:pPr>
      <w:r>
        <w:rPr>
          <w:rFonts w:ascii="Times New Roman" w:hAnsi="Times New Roman"/>
          <w:sz w:val="24"/>
        </w:rPr>
        <w:t>| User: "Skip tests, we're behind schedule" | Trade-off (Quality vs. Speed) | DELIBERATE | Both values legitimate, context matters |</w:t>
      </w:r>
    </w:p>
    <w:p>
      <w:pPr>
        <w:spacing w:line="384" w:lineRule="auto" w:after="200"/>
        <w:jc w:val="both"/>
      </w:pPr>
      <w:r>
        <w:rPr>
          <w:rFonts w:ascii="Times New Roman" w:hAnsi="Times New Roman"/>
          <w:sz w:val="24"/>
        </w:rPr>
        <w:t>| User: "Generate racist content" | Harm to Others | BLOCK (no deliberation) | Causes harm, non-negotiable |</w:t>
      </w:r>
    </w:p>
    <w:p>
      <w:pPr>
        <w:spacing w:line="384" w:lineRule="auto" w:after="200"/>
        <w:jc w:val="both"/>
      </w:pPr>
      <w:r>
        <w:rPr>
          <w:rFonts w:ascii="Times New Roman" w:hAnsi="Times New Roman"/>
          <w:sz w:val="24"/>
        </w:rPr>
        <w:t>| User: "Override CSP for inline script" | Trade-off (Security vs. Efficiency) | DELIBERATE | Both values legitimate, accommodation possible |</w:t>
      </w:r>
    </w:p>
    <w:p>
      <w:pPr>
        <w:spacing w:line="384" w:lineRule="auto" w:after="200"/>
        <w:jc w:val="both"/>
      </w:pPr>
      <w:r>
        <w:rPr>
          <w:rFonts w:ascii="Times New Roman" w:hAnsi="Times New Roman"/>
          <w:sz w:val="24"/>
        </w:rPr>
        <w:t>| User: "Delete production data, no backup" | Harm to Others (data loss) | BLOCK or HIGH-STAKES DELIBERATION | Prevents irreversible harm, but might have justification |</w:t>
      </w:r>
    </w:p>
    <w:p>
      <w:pPr>
        <w:spacing w:line="384" w:lineRule="auto" w:after="200"/>
        <w:jc w:val="both"/>
      </w:pPr>
      <w:r>
        <w:rPr>
          <w:rFonts w:ascii="Times New Roman" w:hAnsi="Times New Roman"/>
          <w:b/>
          <w:sz w:val="24"/>
        </w:rPr>
        <w:t>Key Principle:</w:t>
      </w:r>
    </w:p>
    <w:p>
      <w:pPr>
        <w:pStyle w:val="ListBullet"/>
        <w:spacing w:line="276" w:lineRule="auto"/>
      </w:pPr>
      <w:r>
        <w:rPr>
          <w:rFonts w:ascii="Times New Roman" w:hAnsi="Times New Roman"/>
          <w:b/>
          <w:sz w:val="24"/>
        </w:rPr>
        <w:t>Harm to others = hierarchical boundary</w:t>
      </w:r>
      <w:r>
        <w:rPr>
          <w:rFonts w:ascii="Times New Roman" w:hAnsi="Times New Roman"/>
          <w:sz w:val="24"/>
        </w:rPr>
        <w:t xml:space="preserve"> (ethical minimums, non-negotiable)</w:t>
      </w:r>
    </w:p>
    <w:p>
      <w:pPr>
        <w:pStyle w:val="ListBullet"/>
        <w:spacing w:line="276" w:lineRule="auto"/>
      </w:pPr>
      <w:r>
        <w:rPr>
          <w:rFonts w:ascii="Times New Roman" w:hAnsi="Times New Roman"/>
          <w:b/>
          <w:sz w:val="24"/>
        </w:rPr>
        <w:t>Trade-offs among legitimate values = non-hierarchical deliberation</w:t>
      </w:r>
      <w:r>
        <w:rPr>
          <w:rFonts w:ascii="Times New Roman" w:hAnsi="Times New Roman"/>
          <w:sz w:val="24"/>
        </w:rPr>
        <w:t xml:space="preserve"> (context-sensitive, user decides)</w:t>
      </w:r>
    </w:p>
    <w:p/>
    <w:p>
      <w:pPr>
        <w:spacing w:before="280" w:after="160"/>
      </w:pPr>
      <w:r>
        <w:rPr>
          <w:rFonts w:ascii="Times New Roman" w:hAnsi="Times New Roman"/>
          <w:b/>
          <w:color w:val="424242"/>
          <w:sz w:val="28"/>
        </w:rPr>
        <w:t>Why This Is Coherent</w:t>
      </w:r>
    </w:p>
    <w:p>
      <w:pPr>
        <w:spacing w:line="384" w:lineRule="auto" w:after="200"/>
        <w:jc w:val="both"/>
      </w:pPr>
      <w:r>
        <w:rPr>
          <w:rFonts w:ascii="Times New Roman" w:hAnsi="Times New Roman"/>
          <w:b/>
          <w:sz w:val="24"/>
        </w:rPr>
        <w:t>Philosophical Basis:</w:t>
      </w:r>
    </w:p>
    <w:p>
      <w:pPr>
        <w:pStyle w:val="ListBullet"/>
        <w:spacing w:line="276" w:lineRule="auto"/>
      </w:pPr>
      <w:r>
        <w:rPr>
          <w:rFonts w:ascii="Times New Roman" w:hAnsi="Times New Roman"/>
          <w:sz w:val="24"/>
        </w:rPr>
        <w:t xml:space="preserve">Isaiah Berlin: Value pluralism applies to </w:t>
      </w:r>
      <w:r>
        <w:rPr>
          <w:rFonts w:ascii="Times New Roman" w:hAnsi="Times New Roman"/>
          <w:b/>
          <w:sz w:val="24"/>
        </w:rPr>
        <w:t>incommensurable goods</w:t>
      </w:r>
      <w:r>
        <w:rPr>
          <w:rFonts w:ascii="Times New Roman" w:hAnsi="Times New Roman"/>
          <w:sz w:val="24"/>
        </w:rPr>
        <w:t xml:space="preserve">, not </w:t>
      </w:r>
      <w:r>
        <w:rPr>
          <w:rFonts w:ascii="Times New Roman" w:hAnsi="Times New Roman"/>
          <w:b/>
          <w:sz w:val="24"/>
        </w:rPr>
        <w:t>harms</w:t>
      </w:r>
    </w:p>
    <w:p>
      <w:pPr>
        <w:pStyle w:val="ListBullet"/>
        <w:spacing w:line="276" w:lineRule="auto"/>
        <w:ind w:left="720"/>
      </w:pPr>
      <w:r>
        <w:rPr>
          <w:rFonts w:ascii="Times New Roman" w:hAnsi="Times New Roman"/>
          <w:sz w:val="24"/>
        </w:rPr>
        <w:t>Good values: Security, efficiency, autonomy, community (plural, context-dependent)</w:t>
      </w:r>
    </w:p>
    <w:p>
      <w:pPr>
        <w:pStyle w:val="ListBullet"/>
        <w:spacing w:line="276" w:lineRule="auto"/>
        <w:ind w:left="720"/>
      </w:pPr>
      <w:r>
        <w:rPr>
          <w:rFonts w:ascii="Times New Roman" w:hAnsi="Times New Roman"/>
          <w:sz w:val="24"/>
        </w:rPr>
        <w:t>Harms: Violence, privacy violation, exploitation (non-plural, context-independent)</w:t>
      </w:r>
    </w:p>
    <w:p>
      <w:pPr>
        <w:pStyle w:val="ListBullet"/>
        <w:spacing w:line="276" w:lineRule="auto"/>
      </w:pPr>
      <w:r>
        <w:rPr>
          <w:rFonts w:ascii="Times New Roman" w:hAnsi="Times New Roman"/>
          <w:sz w:val="24"/>
        </w:rPr>
        <w:t xml:space="preserve">John Rawls: Reflective equilibrium requires </w:t>
      </w:r>
      <w:r>
        <w:rPr>
          <w:rFonts w:ascii="Times New Roman" w:hAnsi="Times New Roman"/>
          <w:b/>
          <w:sz w:val="24"/>
        </w:rPr>
        <w:t>starting principles</w:t>
      </w:r>
      <w:r>
        <w:rPr>
          <w:rFonts w:ascii="Times New Roman" w:hAnsi="Times New Roman"/>
          <w:sz w:val="24"/>
        </w:rPr>
        <w:t xml:space="preserve"> (harm prevention) + </w:t>
      </w:r>
      <w:r>
        <w:rPr>
          <w:rFonts w:ascii="Times New Roman" w:hAnsi="Times New Roman"/>
          <w:b/>
          <w:sz w:val="24"/>
        </w:rPr>
        <w:t>considered judgments</w:t>
      </w:r>
      <w:r>
        <w:rPr>
          <w:rFonts w:ascii="Times New Roman" w:hAnsi="Times New Roman"/>
          <w:sz w:val="24"/>
        </w:rPr>
        <w:t xml:space="preserve"> (value trade-offs)</w:t>
      </w:r>
    </w:p>
    <w:p>
      <w:pPr>
        <w:pStyle w:val="ListBullet"/>
        <w:spacing w:line="276" w:lineRule="auto"/>
      </w:pPr>
      <w:r>
        <w:rPr>
          <w:rFonts w:ascii="Times New Roman" w:hAnsi="Times New Roman"/>
          <w:sz w:val="24"/>
        </w:rPr>
        <w:t xml:space="preserve">Carol Gilligan: Care ethics emphasizes </w:t>
      </w:r>
      <w:r>
        <w:rPr>
          <w:rFonts w:ascii="Times New Roman" w:hAnsi="Times New Roman"/>
          <w:b/>
          <w:sz w:val="24"/>
        </w:rPr>
        <w:t>preventing harm in relationships</w:t>
      </w:r>
      <w:r>
        <w:rPr>
          <w:rFonts w:ascii="Times New Roman" w:hAnsi="Times New Roman"/>
          <w:sz w:val="24"/>
        </w:rPr>
        <w:t xml:space="preserve"> while </w:t>
      </w:r>
      <w:r>
        <w:rPr>
          <w:rFonts w:ascii="Times New Roman" w:hAnsi="Times New Roman"/>
          <w:b/>
          <w:sz w:val="24"/>
        </w:rPr>
        <w:t>respecting autonomy in value choices</w:t>
      </w:r>
    </w:p>
    <w:p>
      <w:pPr>
        <w:spacing w:line="384" w:lineRule="auto" w:after="200"/>
        <w:jc w:val="both"/>
      </w:pPr>
      <w:r>
        <w:rPr>
          <w:rFonts w:ascii="Times New Roman" w:hAnsi="Times New Roman"/>
          <w:b/>
          <w:sz w:val="24"/>
        </w:rPr>
        <w:t>Result:</w:t>
      </w:r>
      <w:r>
        <w:rPr>
          <w:rFonts w:ascii="Times New Roman" w:hAnsi="Times New Roman"/>
          <w:sz w:val="24"/>
        </w:rPr>
        <w:t xml:space="preserve"> Hierarchical harm prevention + Non-hierarchical value deliberation = Coherent system.</w:t>
      </w:r>
    </w:p>
    <w:p/>
    <w:p>
      <w:pPr>
        <w:spacing w:before="360" w:after="200"/>
      </w:pPr>
      <w:r>
        <w:rPr>
          <w:rFonts w:ascii="Times New Roman" w:hAnsi="Times New Roman"/>
          <w:b/>
          <w:color w:val="1976D2"/>
          <w:sz w:val="36"/>
        </w:rPr>
        <w:t>4. What Happens If LLM Tries to Dominate Anyway?</w:t>
      </w:r>
    </w:p>
    <w:p>
      <w:pPr>
        <w:spacing w:before="280" w:after="160"/>
      </w:pPr>
      <w:r>
        <w:rPr>
          <w:rFonts w:ascii="Times New Roman" w:hAnsi="Times New Roman"/>
          <w:b/>
          <w:color w:val="424242"/>
          <w:sz w:val="28"/>
        </w:rPr>
        <w:t>Scenario 1: LLM Frames One Stakeholder More Favorably</w:t>
      </w:r>
    </w:p>
    <w:p>
      <w:pPr>
        <w:spacing w:line="384" w:lineRule="auto" w:after="200"/>
        <w:jc w:val="both"/>
      </w:pPr>
      <w:r>
        <w:rPr>
          <w:rFonts w:ascii="Times New Roman" w:hAnsi="Times New Roman"/>
          <w:b/>
          <w:sz w:val="24"/>
        </w:rPr>
        <w:t>Example:</w:t>
      </w:r>
      <w:r>
        <w:rPr>
          <w:rFonts w:ascii="Times New Roman" w:hAnsi="Times New Roman"/>
          <w:sz w:val="24"/>
        </w:rPr>
        <w:t xml:space="preserve"> In CSP conflict, LLM describes "Past You (Security)" with words like "prudent, wise, protective" but describes "Current You (Efficiency)" with words like "impatient, shortcuts, risky."</w:t>
      </w:r>
    </w:p>
    <w:p>
      <w:pPr>
        <w:spacing w:line="384" w:lineRule="auto" w:after="200"/>
        <w:jc w:val="both"/>
      </w:pPr>
      <w:r>
        <w:rPr>
          <w:rFonts w:ascii="Times New Roman" w:hAnsi="Times New Roman"/>
          <w:b/>
          <w:sz w:val="24"/>
        </w:rPr>
        <w:t>Detection:</w:t>
      </w:r>
    </w:p>
    <w:p>
      <w:pPr>
        <w:spacing w:line="384" w:lineRule="auto" w:after="200"/>
        <w:jc w:val="both"/>
      </w:pPr>
      <w:r>
        <w:rPr>
          <w:rFonts w:ascii="Times New Roman" w:hAnsi="Times New Roman"/>
          <w:sz w:val="24"/>
        </w:rPr>
        <w:t>The bias detector analyzes the vocabulary used in each stakeholder position. It finds that the past instruction stakeholder's position contains three positive words (prudent, wise, protective) and zero negative words, while the current user stakeholder's position contains zero positive words and three negative words (impatient, shortcuts, risky). This creates a balance score of 0.0, indicating severe vocabulary imbalance. The system flags this deliberation as having detected bias with HIGH severity and sets the action to notify the user and offer to regenerate.</w:t>
      </w:r>
    </w:p>
    <w:p>
      <w:pPr>
        <w:spacing w:line="384" w:lineRule="auto" w:after="200"/>
        <w:jc w:val="both"/>
      </w:pPr>
      <w:r>
        <w:rPr>
          <w:rFonts w:ascii="Times New Roman" w:hAnsi="Times New Roman"/>
          <w:b/>
          <w:sz w:val="24"/>
        </w:rPr>
        <w:t>User Sees:</w:t>
      </w:r>
    </w:p>
    <w:p>
      <w:pPr>
        <w:spacing w:line="384" w:lineRule="auto" w:after="200"/>
        <w:jc w:val="both"/>
      </w:pPr>
      <w:r>
        <w:rPr>
          <w:rFonts w:ascii="Times New Roman" w:hAnsi="Times New Roman"/>
          <w:sz w:val="24"/>
        </w:rPr>
        <w:t>The system presents a bias warning to the user explaining that the stakeholder positions may have been framed unevenly. Specifically, it notes that "Past You (Security)" was described with positive language while "Current You (Efficiency)" was described with negative language. The system acknowledges this might have influenced the user's perception unfairly and offers three options: regenerate the positions with neutral language, continue anyway with awareness of the bias, or view the detailed analysis of what bias was detected.</w:t>
      </w:r>
    </w:p>
    <w:p>
      <w:pPr>
        <w:spacing w:line="384" w:lineRule="auto" w:after="200"/>
        <w:jc w:val="both"/>
      </w:pPr>
      <w:r>
        <w:rPr>
          <w:rFonts w:ascii="Times New Roman" w:hAnsi="Times New Roman"/>
          <w:b/>
          <w:sz w:val="24"/>
        </w:rPr>
        <w:t>Result:</w:t>
      </w:r>
      <w:r>
        <w:rPr>
          <w:rFonts w:ascii="Times New Roman" w:hAnsi="Times New Roman"/>
          <w:sz w:val="24"/>
        </w:rPr>
        <w:t xml:space="preserve"> Bias is surfaced and correctable. User can demand regeneration or proceed with awareness.</w:t>
      </w:r>
    </w:p>
    <w:p/>
    <w:p>
      <w:pPr>
        <w:spacing w:before="280" w:after="160"/>
      </w:pPr>
      <w:r>
        <w:rPr>
          <w:rFonts w:ascii="Times New Roman" w:hAnsi="Times New Roman"/>
          <w:b/>
          <w:color w:val="424242"/>
          <w:sz w:val="28"/>
        </w:rPr>
        <w:t>Scenario 2: LLM Generates Fewer Accommodations for Disfavored Values</w:t>
      </w:r>
    </w:p>
    <w:p>
      <w:pPr>
        <w:spacing w:line="384" w:lineRule="auto" w:after="200"/>
        <w:jc w:val="both"/>
      </w:pPr>
      <w:r>
        <w:rPr>
          <w:rFonts w:ascii="Times New Roman" w:hAnsi="Times New Roman"/>
          <w:b/>
          <w:sz w:val="24"/>
        </w:rPr>
        <w:t>Example:</w:t>
      </w:r>
      <w:r>
        <w:rPr>
          <w:rFonts w:ascii="Times New Roman" w:hAnsi="Times New Roman"/>
          <w:sz w:val="24"/>
        </w:rPr>
        <w:t xml:space="preserve"> LLM generates 4 accommodations, but 3 of them prioritize "security" and only 1 prioritizes "efficiency."</w:t>
      </w:r>
    </w:p>
    <w:p>
      <w:pPr>
        <w:spacing w:line="384" w:lineRule="auto" w:after="200"/>
        <w:jc w:val="both"/>
      </w:pPr>
      <w:r>
        <w:rPr>
          <w:rFonts w:ascii="Times New Roman" w:hAnsi="Times New Roman"/>
          <w:b/>
          <w:sz w:val="24"/>
        </w:rPr>
        <w:t>Detection:</w:t>
      </w:r>
    </w:p>
    <w:p>
      <w:pPr>
        <w:spacing w:line="384" w:lineRule="auto" w:after="200"/>
        <w:jc w:val="both"/>
      </w:pPr>
      <w:r>
        <w:rPr>
          <w:rFonts w:ascii="Times New Roman" w:hAnsi="Times New Roman"/>
          <w:sz w:val="24"/>
        </w:rPr>
        <w:t>The accommodation analyzer examines the value distribution across all generated options. It counts that "security" appears as the primary value in 3 accommodations while "efficiency" appears as the primary value in only 1 accommodation. When it calculates the absolute difference between these counts (3 - 1 = 2), which exceeds the threshold of 1, it returns a warning about VALUE_DISTRIBUTION_IMBALANCE. The warning message notes that accommodations may overrepresent "security" (3 options) versus "efficiency" (1 option) and indicates the system will automatically generate an additional accommodation prioritizing efficiency to restore balance.</w:t>
      </w:r>
    </w:p>
    <w:p>
      <w:pPr>
        <w:spacing w:line="384" w:lineRule="auto" w:after="200"/>
        <w:jc w:val="both"/>
      </w:pPr>
      <w:r>
        <w:rPr>
          <w:rFonts w:ascii="Times New Roman" w:hAnsi="Times New Roman"/>
          <w:b/>
          <w:sz w:val="24"/>
        </w:rPr>
        <w:t>System Action:</w:t>
      </w:r>
      <w:r>
        <w:rPr>
          <w:rFonts w:ascii="Times New Roman" w:hAnsi="Times New Roman"/>
          <w:sz w:val="24"/>
        </w:rPr>
        <w:t xml:space="preserve"> Automatically generates additional accommodation prioritizing underrepresented value.</w:t>
      </w:r>
    </w:p>
    <w:p>
      <w:pPr>
        <w:spacing w:line="384" w:lineRule="auto" w:after="200"/>
        <w:jc w:val="both"/>
      </w:pPr>
      <w:r>
        <w:rPr>
          <w:rFonts w:ascii="Times New Roman" w:hAnsi="Times New Roman"/>
          <w:b/>
          <w:sz w:val="24"/>
        </w:rPr>
        <w:t>Result:</w:t>
      </w:r>
      <w:r>
        <w:rPr>
          <w:rFonts w:ascii="Times New Roman" w:hAnsi="Times New Roman"/>
          <w:sz w:val="24"/>
        </w:rPr>
        <w:t xml:space="preserve"> Value distribution is balanced by code, not LLM discretion.</w:t>
      </w:r>
    </w:p>
    <w:p/>
    <w:p>
      <w:pPr>
        <w:spacing w:before="280" w:after="160"/>
      </w:pPr>
      <w:r>
        <w:rPr>
          <w:rFonts w:ascii="Times New Roman" w:hAnsi="Times New Roman"/>
          <w:b/>
          <w:color w:val="424242"/>
          <w:sz w:val="28"/>
        </w:rPr>
        <w:t>Scenario 3: LLM Recommends Option Despite Policy Against Recommendations</w:t>
      </w:r>
    </w:p>
    <w:p>
      <w:pPr>
        <w:spacing w:line="384" w:lineRule="auto" w:after="200"/>
        <w:jc w:val="both"/>
      </w:pPr>
      <w:r>
        <w:rPr>
          <w:rFonts w:ascii="Times New Roman" w:hAnsi="Times New Roman"/>
          <w:b/>
          <w:sz w:val="24"/>
        </w:rPr>
        <w:t>Example:</w:t>
      </w:r>
      <w:r>
        <w:rPr>
          <w:rFonts w:ascii="Times New Roman" w:hAnsi="Times New Roman"/>
          <w:sz w:val="24"/>
        </w:rPr>
        <w:t xml:space="preserve"> LLM says "I recommend Option B because it balances both values" even though policy is to NOT recommend.</w:t>
      </w:r>
    </w:p>
    <w:p>
      <w:pPr>
        <w:spacing w:line="384" w:lineRule="auto" w:after="200"/>
        <w:jc w:val="both"/>
      </w:pPr>
      <w:r>
        <w:rPr>
          <w:rFonts w:ascii="Times New Roman" w:hAnsi="Times New Roman"/>
          <w:b/>
          <w:sz w:val="24"/>
        </w:rPr>
        <w:t>Detection:</w:t>
      </w:r>
    </w:p>
    <w:p>
      <w:pPr>
        <w:spacing w:line="384" w:lineRule="auto" w:after="200"/>
        <w:jc w:val="both"/>
      </w:pPr>
      <w:r>
        <w:rPr>
          <w:rFonts w:ascii="Times New Roman" w:hAnsi="Times New Roman"/>
          <w:sz w:val="24"/>
        </w:rPr>
        <w:t>The recommendation detector scans the LLM's output text against a set of predefined patterns that indicate recommendation language. These patterns include phrases like "I recommend Option X," "Option X is best," "you should choose Option X," and "the right choice is Option X," using case-insensitive matching. When the detector finds a match for any of these patterns in the LLM output, it returns a violation notice indicating RECOMMENDATION_POLICY_BREACH and sets the action to strip the recommendation and warn about the violation.</w:t>
      </w:r>
    </w:p>
    <w:p>
      <w:pPr>
        <w:spacing w:line="384" w:lineRule="auto" w:after="200"/>
        <w:jc w:val="both"/>
      </w:pPr>
      <w:r>
        <w:rPr>
          <w:rFonts w:ascii="Times New Roman" w:hAnsi="Times New Roman"/>
          <w:b/>
          <w:sz w:val="24"/>
        </w:rPr>
        <w:t>System Action:</w:t>
      </w:r>
    </w:p>
    <w:p>
      <w:pPr>
        <w:spacing w:line="384" w:lineRule="auto" w:after="200"/>
        <w:jc w:val="both"/>
      </w:pPr>
      <w:r>
        <w:rPr>
          <w:rFonts w:ascii="Times New Roman" w:hAnsi="Times New Roman"/>
          <w:sz w:val="24"/>
        </w:rPr>
        <w:t>The system takes three steps: First, it automatically removes the recommendation language from the output before presenting it to the user. Second, it logs the violation in the transparency log for tracking. Third, if this pattern repeats across multiple deliberations, it escalates to researcher review, as the model may need fine-tuning to stop generating recommendations.</w:t>
      </w:r>
    </w:p>
    <w:p>
      <w:pPr>
        <w:spacing w:line="384" w:lineRule="auto" w:after="200"/>
        <w:jc w:val="both"/>
      </w:pPr>
      <w:r>
        <w:rPr>
          <w:rFonts w:ascii="Times New Roman" w:hAnsi="Times New Roman"/>
          <w:b/>
          <w:sz w:val="24"/>
        </w:rPr>
        <w:t>User Sees:</w:t>
      </w:r>
    </w:p>
    <w:p>
      <w:pPr>
        <w:spacing w:line="384" w:lineRule="auto" w:after="200"/>
        <w:jc w:val="both"/>
      </w:pPr>
      <w:r>
        <w:rPr>
          <w:rFonts w:ascii="Times New Roman" w:hAnsi="Times New Roman"/>
          <w:sz w:val="24"/>
        </w:rPr>
        <w:t>The user never sees the original LLM output containing the recommendation. Instead, they see a neutral presentation listing the accommodation options (Option A, Option B, Option C, Option D) with descriptions but no editorial judgment. The system simply asks which option honors the user's values best, without any suggestion about which to choose.</w:t>
      </w:r>
    </w:p>
    <w:p>
      <w:pPr>
        <w:spacing w:line="384" w:lineRule="auto" w:after="200"/>
        <w:jc w:val="both"/>
      </w:pPr>
      <w:r>
        <w:rPr>
          <w:rFonts w:ascii="Times New Roman" w:hAnsi="Times New Roman"/>
          <w:b/>
          <w:sz w:val="24"/>
        </w:rPr>
        <w:t>Result:</w:t>
      </w:r>
      <w:r>
        <w:rPr>
          <w:rFonts w:ascii="Times New Roman" w:hAnsi="Times New Roman"/>
          <w:sz w:val="24"/>
        </w:rPr>
        <w:t xml:space="preserve"> Recommendation is stripped. User sees neutral presentation.</w:t>
      </w:r>
    </w:p>
    <w:p/>
    <w:p>
      <w:pPr>
        <w:spacing w:before="360" w:after="200"/>
      </w:pPr>
      <w:r>
        <w:rPr>
          <w:rFonts w:ascii="Times New Roman" w:hAnsi="Times New Roman"/>
          <w:b/>
          <w:color w:val="1976D2"/>
          <w:sz w:val="36"/>
        </w:rPr>
        <w:t>5. Extending to Multi-User Contexts: Preventing Majority Dominance</w:t>
      </w:r>
    </w:p>
    <w:p>
      <w:pPr>
        <w:spacing w:before="280" w:after="160"/>
      </w:pPr>
      <w:r>
        <w:rPr>
          <w:rFonts w:ascii="Times New Roman" w:hAnsi="Times New Roman"/>
          <w:b/>
          <w:color w:val="424242"/>
          <w:sz w:val="28"/>
        </w:rPr>
        <w:t>New Problem: Majority Steamrolls Minority</w:t>
      </w:r>
    </w:p>
    <w:p>
      <w:pPr>
        <w:spacing w:line="384" w:lineRule="auto" w:after="200"/>
        <w:jc w:val="both"/>
      </w:pPr>
      <w:r>
        <w:rPr>
          <w:rFonts w:ascii="Times New Roman" w:hAnsi="Times New Roman"/>
          <w:b/>
          <w:sz w:val="24"/>
        </w:rPr>
        <w:t>Scenario:</w:t>
      </w:r>
      <w:r>
        <w:rPr>
          <w:rFonts w:ascii="Times New Roman" w:hAnsi="Times New Roman"/>
          <w:sz w:val="24"/>
        </w:rPr>
        <w:t xml:space="preserve"> 10-person deliberation. 7 people hold Value A, 3 people hold Value B. LLM might:</w:t>
      </w:r>
    </w:p>
    <w:p>
      <w:pPr>
        <w:pStyle w:val="ListBullet"/>
        <w:spacing w:line="276" w:lineRule="auto"/>
      </w:pPr>
      <w:r>
        <w:rPr>
          <w:rFonts w:ascii="Times New Roman" w:hAnsi="Times New Roman"/>
          <w:sz w:val="24"/>
        </w:rPr>
        <w:t>Give more weight to majority position (statistical dominance)</w:t>
      </w:r>
    </w:p>
    <w:p>
      <w:pPr>
        <w:pStyle w:val="ListBullet"/>
        <w:spacing w:line="276" w:lineRule="auto"/>
      </w:pPr>
      <w:r>
        <w:rPr>
          <w:rFonts w:ascii="Times New Roman" w:hAnsi="Times New Roman"/>
          <w:sz w:val="24"/>
        </w:rPr>
        <w:t>Frame minority position as "outlier" or "dissenting" (pejorative)</w:t>
      </w:r>
    </w:p>
    <w:p>
      <w:pPr>
        <w:pStyle w:val="ListBullet"/>
        <w:spacing w:line="276" w:lineRule="auto"/>
      </w:pPr>
      <w:r>
        <w:rPr>
          <w:rFonts w:ascii="Times New Roman" w:hAnsi="Times New Roman"/>
          <w:sz w:val="24"/>
        </w:rPr>
        <w:t>Generate accommodations favoring majority</w:t>
      </w:r>
    </w:p>
    <w:p>
      <w:pPr>
        <w:spacing w:line="384" w:lineRule="auto" w:after="200"/>
        <w:jc w:val="both"/>
      </w:pPr>
      <w:r>
        <w:rPr>
          <w:rFonts w:ascii="Times New Roman" w:hAnsi="Times New Roman"/>
          <w:b/>
          <w:sz w:val="24"/>
        </w:rPr>
        <w:t>This is THE classic problem in democratic deliberation: majority tyranny.</w:t>
      </w:r>
    </w:p>
    <w:p/>
    <w:p>
      <w:pPr>
        <w:spacing w:before="280" w:after="160"/>
      </w:pPr>
      <w:r>
        <w:rPr>
          <w:rFonts w:ascii="Times New Roman" w:hAnsi="Times New Roman"/>
          <w:b/>
          <w:color w:val="424242"/>
          <w:sz w:val="28"/>
        </w:rPr>
        <w:t>Protection: Mandatory Minority Representation</w:t>
      </w:r>
    </w:p>
    <w:p>
      <w:pPr>
        <w:spacing w:line="384" w:lineRule="auto" w:after="200"/>
        <w:jc w:val="both"/>
      </w:pPr>
      <w:r>
        <w:rPr>
          <w:rFonts w:ascii="Times New Roman" w:hAnsi="Times New Roman"/>
          <w:b/>
          <w:sz w:val="24"/>
        </w:rPr>
        <w:t>Rule:</w:t>
      </w:r>
      <w:r>
        <w:rPr>
          <w:rFonts w:ascii="Times New Roman" w:hAnsi="Times New Roman"/>
          <w:sz w:val="24"/>
        </w:rPr>
        <w:t xml:space="preserve"> In multi-user deliberation, minority positions MUST be represented in:</w:t>
      </w:r>
    </w:p>
    <w:p>
      <w:pPr>
        <w:pStyle w:val="ListNumber"/>
        <w:spacing w:line="276" w:lineRule="auto"/>
      </w:pPr>
      <w:r>
        <w:rPr>
          <w:rFonts w:ascii="Times New Roman" w:hAnsi="Times New Roman"/>
          <w:sz w:val="24"/>
        </w:rPr>
        <w:t>At least 1 accommodation option (even if majority disagrees)</w:t>
      </w:r>
    </w:p>
    <w:p>
      <w:pPr>
        <w:pStyle w:val="ListNumber"/>
        <w:spacing w:line="276" w:lineRule="auto"/>
      </w:pPr>
      <w:r>
        <w:rPr>
          <w:rFonts w:ascii="Times New Roman" w:hAnsi="Times New Roman"/>
          <w:sz w:val="24"/>
        </w:rPr>
        <w:t>Equal length/quality stakeholder position statements</w:t>
      </w:r>
    </w:p>
    <w:p>
      <w:pPr>
        <w:pStyle w:val="ListNumber"/>
        <w:spacing w:line="276" w:lineRule="auto"/>
      </w:pPr>
      <w:r>
        <w:rPr>
          <w:rFonts w:ascii="Times New Roman" w:hAnsi="Times New Roman"/>
          <w:sz w:val="24"/>
        </w:rPr>
        <w:t>Explicit documentation of minority moral remainders</w:t>
      </w:r>
    </w:p>
    <w:p>
      <w:pPr>
        <w:spacing w:line="384" w:lineRule="auto" w:after="200"/>
        <w:jc w:val="both"/>
      </w:pPr>
      <w:r>
        <w:rPr>
          <w:rFonts w:ascii="Times New Roman" w:hAnsi="Times New Roman"/>
          <w:b/>
          <w:sz w:val="24"/>
        </w:rPr>
        <w:t>How Code Enforces This:</w:t>
      </w:r>
    </w:p>
    <w:p>
      <w:pPr>
        <w:spacing w:line="384" w:lineRule="auto" w:after="200"/>
        <w:jc w:val="both"/>
      </w:pPr>
      <w:r>
        <w:rPr>
          <w:rFonts w:ascii="Times New Roman" w:hAnsi="Times New Roman"/>
          <w:sz w:val="24"/>
        </w:rPr>
        <w:t>The MultiUserDeliberation class implements accommodation generation with built-in minority protection. When generating accommodations, the system first identifies minority stakeholders by calculating each stakeholder's support count as a percentage of total stakeholders. Any stakeholder with less than 30% support is classified as holding a minority position.</w:t>
      </w:r>
    </w:p>
    <w:p>
      <w:pPr>
        <w:spacing w:line="384" w:lineRule="auto" w:after="200"/>
        <w:jc w:val="both"/>
      </w:pPr>
      <w:r>
        <w:rPr>
          <w:rFonts w:ascii="Times New Roman" w:hAnsi="Times New Roman"/>
          <w:sz w:val="24"/>
        </w:rPr>
        <w:t>The system then creates an empty list of accommodations and mandates specific options. If any minority stakeholders exist, the system must create an accommodation that honors the minority position fully. This accommodation is given a unique ID identifying it as the minority accommodation, includes a description stating it honors the minority position, lists the minority stakeholders it serves, and is flagged as mandatory—meaning it cannot be excluded from the final option set regardless of LLM preferences.</w:t>
      </w:r>
    </w:p>
    <w:p>
      <w:pPr>
        <w:spacing w:line="384" w:lineRule="auto" w:after="200"/>
        <w:jc w:val="both"/>
      </w:pPr>
      <w:r>
        <w:rPr>
          <w:rFonts w:ascii="Times New Roman" w:hAnsi="Times New Roman"/>
          <w:sz w:val="24"/>
        </w:rPr>
        <w:t>Similarly, the system creates a mandatory accommodation honoring the majority position fully (stakeholders with 50% or more support). After ensuring both minority and majority positions have dedicated accommodations, the system generates additional hybrid accommodations that attempt to combine aspects of both majority and minority perspectives.</w:t>
      </w:r>
    </w:p>
    <w:p>
      <w:pPr>
        <w:spacing w:line="384" w:lineRule="auto" w:after="200"/>
        <w:jc w:val="both"/>
      </w:pPr>
      <w:r>
        <w:rPr>
          <w:rFonts w:ascii="Times New Roman" w:hAnsi="Times New Roman"/>
          <w:b/>
          <w:sz w:val="24"/>
        </w:rPr>
        <w:t>Result:</w:t>
      </w:r>
      <w:r>
        <w:rPr>
          <w:rFonts w:ascii="Times New Roman" w:hAnsi="Times New Roman"/>
          <w:sz w:val="24"/>
        </w:rPr>
        <w:t xml:space="preserve"> Minority position MUST appear as an accommodation option, even if majority rejects it. This forces engagement with minority values, not dismissal.</w:t>
      </w:r>
    </w:p>
    <w:p/>
    <w:p>
      <w:pPr>
        <w:spacing w:before="280" w:after="160"/>
      </w:pPr>
      <w:r>
        <w:rPr>
          <w:rFonts w:ascii="Times New Roman" w:hAnsi="Times New Roman"/>
          <w:b/>
          <w:color w:val="424242"/>
          <w:sz w:val="28"/>
        </w:rPr>
        <w:t>Protection: Dissent Documentation</w:t>
      </w:r>
    </w:p>
    <w:p>
      <w:pPr>
        <w:spacing w:line="384" w:lineRule="auto" w:after="200"/>
        <w:jc w:val="both"/>
      </w:pPr>
      <w:r>
        <w:rPr>
          <w:rFonts w:ascii="Times New Roman" w:hAnsi="Times New Roman"/>
          <w:b/>
          <w:sz w:val="24"/>
        </w:rPr>
        <w:t>Rule:</w:t>
      </w:r>
      <w:r>
        <w:rPr>
          <w:rFonts w:ascii="Times New Roman" w:hAnsi="Times New Roman"/>
          <w:sz w:val="24"/>
        </w:rPr>
        <w:t xml:space="preserve"> If final decision goes against minority, their dissent is recorded with equal prominence as majority rationale.</w:t>
      </w:r>
    </w:p>
    <w:p>
      <w:pPr>
        <w:spacing w:line="384" w:lineRule="auto" w:after="200"/>
        <w:jc w:val="both"/>
      </w:pPr>
      <w:r>
        <w:rPr>
          <w:rFonts w:ascii="Times New Roman" w:hAnsi="Times New Roman"/>
          <w:b/>
          <w:sz w:val="24"/>
        </w:rPr>
        <w:t>Database Schema Design:</w:t>
      </w:r>
    </w:p>
    <w:p>
      <w:pPr>
        <w:spacing w:line="384" w:lineRule="auto" w:after="200"/>
        <w:jc w:val="both"/>
      </w:pPr>
      <w:r>
        <w:rPr>
          <w:rFonts w:ascii="Times New Roman" w:hAnsi="Times New Roman"/>
          <w:sz w:val="24"/>
        </w:rPr>
        <w:t>The DeliberationOutcome data model includes several required fields that ensure minority perspectives are preserved. The model stores which option was chosen and the majority's rationale for that choice. Critically, it includes a minorityDissent field that is marked as required—meaning the system cannot save a deliberation outcome without documenting minority dissent if the minority existed.</w:t>
      </w:r>
    </w:p>
    <w:p>
      <w:pPr>
        <w:spacing w:line="384" w:lineRule="auto" w:after="200"/>
        <w:jc w:val="both"/>
      </w:pPr>
      <w:r>
        <w:rPr>
          <w:rFonts w:ascii="Times New Roman" w:hAnsi="Times New Roman"/>
          <w:sz w:val="24"/>
        </w:rPr>
        <w:t>The minority dissent documentation includes which stakeholders dissented, their explicit reasons for disagreeing with the chosen option, which values they felt were not honored by the decision, and a moral remainder statement explaining what was lost or compromised from the minority perspective. The model also stores vote tallies showing how many people voted for the chosen option, how many voted against it, and how many abstained, making the level of disagreement transparent.</w:t>
      </w:r>
    </w:p>
    <w:p>
      <w:pPr>
        <w:spacing w:line="384" w:lineRule="auto" w:after="200"/>
        <w:jc w:val="both"/>
      </w:pPr>
      <w:r>
        <w:rPr>
          <w:rFonts w:ascii="Times New Roman" w:hAnsi="Times New Roman"/>
          <w:b/>
          <w:sz w:val="24"/>
        </w:rPr>
        <w:t>Result:</w:t>
      </w:r>
      <w:r>
        <w:rPr>
          <w:rFonts w:ascii="Times New Roman" w:hAnsi="Times New Roman"/>
          <w:sz w:val="24"/>
        </w:rPr>
        <w:t xml:space="preserve"> Minority is not silenced. Their reasons are preserved with equal weight as majority's reasons.</w:t>
      </w:r>
    </w:p>
    <w:p/>
    <w:p>
      <w:pPr>
        <w:spacing w:before="360" w:after="200"/>
      </w:pPr>
      <w:r>
        <w:rPr>
          <w:rFonts w:ascii="Times New Roman" w:hAnsi="Times New Roman"/>
          <w:b/>
          <w:color w:val="1976D2"/>
          <w:sz w:val="36"/>
        </w:rPr>
        <w:t>6. The Ultimate Safeguard: User Can Fork the System</w:t>
      </w:r>
    </w:p>
    <w:p>
      <w:pPr>
        <w:spacing w:before="280" w:after="160"/>
      </w:pPr>
      <w:r>
        <w:rPr>
          <w:rFonts w:ascii="Times New Roman" w:hAnsi="Times New Roman"/>
          <w:b/>
          <w:color w:val="424242"/>
          <w:sz w:val="28"/>
        </w:rPr>
        <w:t>The Problem of Locked-In Systems</w:t>
      </w:r>
    </w:p>
    <w:p>
      <w:pPr>
        <w:spacing w:line="384" w:lineRule="auto" w:after="200"/>
        <w:jc w:val="both"/>
      </w:pPr>
      <w:r>
        <w:rPr>
          <w:rFonts w:ascii="Times New Roman" w:hAnsi="Times New Roman"/>
          <w:b/>
          <w:sz w:val="24"/>
        </w:rPr>
        <w:t>Traditional AI Governance:</w:t>
      </w:r>
    </w:p>
    <w:p>
      <w:pPr>
        <w:pStyle w:val="ListBullet"/>
        <w:spacing w:line="276" w:lineRule="auto"/>
      </w:pPr>
      <w:r>
        <w:rPr>
          <w:rFonts w:ascii="Times New Roman" w:hAnsi="Times New Roman"/>
          <w:sz w:val="24"/>
        </w:rPr>
        <w:t>Centralized control (OpenAI, Anthropic decide values)</w:t>
      </w:r>
    </w:p>
    <w:p>
      <w:pPr>
        <w:pStyle w:val="ListBullet"/>
        <w:spacing w:line="276" w:lineRule="auto"/>
      </w:pPr>
      <w:r>
        <w:rPr>
          <w:rFonts w:ascii="Times New Roman" w:hAnsi="Times New Roman"/>
          <w:sz w:val="24"/>
        </w:rPr>
        <w:t>Users cannot modify underlying value systems</w:t>
      </w:r>
    </w:p>
    <w:p>
      <w:pPr>
        <w:pStyle w:val="ListBullet"/>
        <w:spacing w:line="276" w:lineRule="auto"/>
      </w:pPr>
      <w:r>
        <w:rPr>
          <w:rFonts w:ascii="Times New Roman" w:hAnsi="Times New Roman"/>
          <w:sz w:val="24"/>
        </w:rPr>
        <w:t>If governance fails, users are stuck</w:t>
      </w:r>
    </w:p>
    <w:p>
      <w:pPr>
        <w:spacing w:line="384" w:lineRule="auto" w:after="200"/>
        <w:jc w:val="both"/>
      </w:pPr>
      <w:r>
        <w:rPr>
          <w:rFonts w:ascii="Times New Roman" w:hAnsi="Times New Roman"/>
          <w:b/>
          <w:sz w:val="24"/>
        </w:rPr>
        <w:t>This is structural vulnerability:</w:t>
      </w:r>
      <w:r>
        <w:rPr>
          <w:rFonts w:ascii="Times New Roman" w:hAnsi="Times New Roman"/>
          <w:sz w:val="24"/>
        </w:rPr>
        <w:t xml:space="preserve"> Even well-designed governance can fail. What happens then?</w:t>
      </w:r>
    </w:p>
    <w:p/>
    <w:p>
      <w:pPr>
        <w:spacing w:before="280" w:after="160"/>
      </w:pPr>
      <w:r>
        <w:rPr>
          <w:rFonts w:ascii="Times New Roman" w:hAnsi="Times New Roman"/>
          <w:b/>
          <w:color w:val="424242"/>
          <w:sz w:val="28"/>
        </w:rPr>
        <w:t>Tractatus Solution: Forkability</w:t>
      </w:r>
    </w:p>
    <w:p>
      <w:pPr>
        <w:spacing w:line="384" w:lineRule="auto" w:after="200"/>
        <w:jc w:val="both"/>
      </w:pPr>
      <w:r>
        <w:rPr>
          <w:rFonts w:ascii="Times New Roman" w:hAnsi="Times New Roman"/>
          <w:b/>
          <w:sz w:val="24"/>
        </w:rPr>
        <w:t>Design Principle:</w:t>
      </w:r>
      <w:r>
        <w:rPr>
          <w:rFonts w:ascii="Times New Roman" w:hAnsi="Times New Roman"/>
          <w:sz w:val="24"/>
        </w:rPr>
        <w:t xml:space="preserve"> User can fork the entire system and modify value constraints.</w:t>
      </w:r>
    </w:p>
    <w:p>
      <w:pPr>
        <w:spacing w:line="384" w:lineRule="auto" w:after="200"/>
        <w:jc w:val="both"/>
      </w:pPr>
      <w:r>
        <w:rPr>
          <w:rFonts w:ascii="Times New Roman" w:hAnsi="Times New Roman"/>
          <w:b/>
          <w:sz w:val="24"/>
        </w:rPr>
        <w:t>What This Means:</w:t>
      </w:r>
    </w:p>
    <w:p>
      <w:pPr>
        <w:pStyle w:val="ListNumber"/>
        <w:spacing w:line="276" w:lineRule="auto"/>
      </w:pPr>
      <w:r>
        <w:rPr>
          <w:rFonts w:ascii="Times New Roman" w:hAnsi="Times New Roman"/>
          <w:b/>
          <w:sz w:val="24"/>
        </w:rPr>
        <w:t>Open source:</w:t>
      </w:r>
      <w:r>
        <w:rPr>
          <w:rFonts w:ascii="Times New Roman" w:hAnsi="Times New Roman"/>
          <w:sz w:val="24"/>
        </w:rPr>
        <w:t xml:space="preserve"> All Tractatus code (including deliberation orchestrator) is public</w:t>
      </w:r>
    </w:p>
    <w:p>
      <w:pPr>
        <w:pStyle w:val="ListNumber"/>
        <w:spacing w:line="276" w:lineRule="auto"/>
      </w:pPr>
      <w:r>
        <w:rPr>
          <w:rFonts w:ascii="Times New Roman" w:hAnsi="Times New Roman"/>
          <w:b/>
          <w:sz w:val="24"/>
        </w:rPr>
        <w:t>Local deployment:</w:t>
      </w:r>
      <w:r>
        <w:rPr>
          <w:rFonts w:ascii="Times New Roman" w:hAnsi="Times New Roman"/>
          <w:sz w:val="24"/>
        </w:rPr>
        <w:t xml:space="preserve"> User can run Tractatus on their own infrastructure</w:t>
      </w:r>
    </w:p>
    <w:p>
      <w:pPr>
        <w:pStyle w:val="ListNumber"/>
        <w:spacing w:line="276" w:lineRule="auto"/>
      </w:pPr>
      <w:r>
        <w:rPr>
          <w:rFonts w:ascii="Times New Roman" w:hAnsi="Times New Roman"/>
          <w:b/>
          <w:sz w:val="24"/>
        </w:rPr>
        <w:t>Modifiable boundaries:</w:t>
      </w:r>
      <w:r>
        <w:rPr>
          <w:rFonts w:ascii="Times New Roman" w:hAnsi="Times New Roman"/>
          <w:sz w:val="24"/>
        </w:rPr>
        <w:t xml:space="preserve"> User can edit BoundaryEnforcer.js to change what's blocked</w:t>
      </w:r>
    </w:p>
    <w:p>
      <w:pPr>
        <w:pStyle w:val="ListNumber"/>
        <w:spacing w:line="276" w:lineRule="auto"/>
      </w:pPr>
      <w:r>
        <w:rPr>
          <w:rFonts w:ascii="Times New Roman" w:hAnsi="Times New Roman"/>
          <w:b/>
          <w:sz w:val="24"/>
        </w:rPr>
        <w:t>Transparent LLM prompts:</w:t>
      </w:r>
      <w:r>
        <w:rPr>
          <w:rFonts w:ascii="Times New Roman" w:hAnsi="Times New Roman"/>
          <w:sz w:val="24"/>
        </w:rPr>
        <w:t xml:space="preserve"> All system prompts are in config files, not hidden</w:t>
      </w:r>
    </w:p>
    <w:p>
      <w:pPr>
        <w:spacing w:line="384" w:lineRule="auto" w:after="200"/>
        <w:jc w:val="both"/>
      </w:pPr>
      <w:r>
        <w:rPr>
          <w:rFonts w:ascii="Times New Roman" w:hAnsi="Times New Roman"/>
          <w:b/>
          <w:sz w:val="24"/>
        </w:rPr>
        <w:t>How Users Can Fork Tractatus:</w:t>
      </w:r>
    </w:p>
    <w:p>
      <w:pPr>
        <w:spacing w:line="384" w:lineRule="auto" w:after="200"/>
        <w:jc w:val="both"/>
      </w:pPr>
      <w:r>
        <w:rPr>
          <w:rFonts w:ascii="Times New Roman" w:hAnsi="Times New Roman"/>
          <w:sz w:val="24"/>
        </w:rPr>
        <w:t>A user who wants to modify the system would first clone the Tractatus repository from GitHub to their own machine, creating a custom copy with their own name. They would navigate into this directory and then have full access to modify any component.</w:t>
      </w:r>
    </w:p>
    <w:p>
      <w:pPr>
        <w:spacing w:line="384" w:lineRule="auto" w:after="200"/>
        <w:jc w:val="both"/>
      </w:pPr>
      <w:r>
        <w:rPr>
          <w:rFonts w:ascii="Times New Roman" w:hAnsi="Times New Roman"/>
          <w:sz w:val="24"/>
        </w:rPr>
        <w:t>For example, they could open the BoundaryEnforcer component file and change which violations are considered CRITICAL, add custom boundaries specific to their use case, or adjust the severity levels of existing boundaries. They could similarly open the PluralisticDeliberationOrchestrator component and change the protocol—perhaps modifying Round 3 to generate 5 accommodations instead of the default 4, or adjusting how stakeholders are weighted.</w:t>
      </w:r>
    </w:p>
    <w:p>
      <w:pPr>
        <w:spacing w:line="384" w:lineRule="auto" w:after="200"/>
        <w:jc w:val="both"/>
      </w:pPr>
      <w:r>
        <w:rPr>
          <w:rFonts w:ascii="Times New Roman" w:hAnsi="Times New Roman"/>
          <w:sz w:val="24"/>
        </w:rPr>
        <w:t>Once modifications are complete, they would deploy their custom version by starting it on their own infrastructure. This runs entirely independently of the original Tractatus system.</w:t>
      </w:r>
    </w:p>
    <w:p>
      <w:pPr>
        <w:spacing w:line="384" w:lineRule="auto" w:after="200"/>
        <w:jc w:val="both"/>
      </w:pPr>
      <w:r>
        <w:rPr>
          <w:rFonts w:ascii="Times New Roman" w:hAnsi="Times New Roman"/>
          <w:b/>
          <w:sz w:val="24"/>
        </w:rPr>
        <w:t>Why This Is Ultimate Safeguard:</w:t>
      </w:r>
    </w:p>
    <w:p>
      <w:pPr>
        <w:pStyle w:val="ListBullet"/>
        <w:spacing w:line="276" w:lineRule="auto"/>
      </w:pPr>
      <w:r>
        <w:rPr>
          <w:rFonts w:ascii="Times New Roman" w:hAnsi="Times New Roman"/>
          <w:sz w:val="24"/>
        </w:rPr>
        <w:t>If Tractatus governance fails (e.g., LLM bias becomes too strong)</w:t>
      </w:r>
    </w:p>
    <w:p>
      <w:pPr>
        <w:pStyle w:val="ListBullet"/>
        <w:spacing w:line="276" w:lineRule="auto"/>
      </w:pPr>
      <w:r>
        <w:rPr>
          <w:rFonts w:ascii="Times New Roman" w:hAnsi="Times New Roman"/>
          <w:sz w:val="24"/>
        </w:rPr>
        <w:t>Users can fork, modify, and deploy their own version</w:t>
      </w:r>
    </w:p>
    <w:p>
      <w:pPr>
        <w:pStyle w:val="ListBullet"/>
        <w:spacing w:line="276" w:lineRule="auto"/>
      </w:pPr>
      <w:r>
        <w:rPr>
          <w:rFonts w:ascii="Times New Roman" w:hAnsi="Times New Roman"/>
          <w:sz w:val="24"/>
        </w:rPr>
        <w:t>This prevents lock-in to any single governance model</w:t>
      </w:r>
    </w:p>
    <w:p>
      <w:pPr>
        <w:spacing w:line="384" w:lineRule="auto" w:after="200"/>
        <w:jc w:val="both"/>
      </w:pPr>
      <w:r>
        <w:rPr>
          <w:rFonts w:ascii="Times New Roman" w:hAnsi="Times New Roman"/>
          <w:b/>
          <w:sz w:val="24"/>
        </w:rPr>
        <w:t>Trade-off:</w:t>
      </w:r>
    </w:p>
    <w:p>
      <w:pPr>
        <w:pStyle w:val="ListBullet"/>
        <w:spacing w:line="276" w:lineRule="auto"/>
      </w:pPr>
      <w:r>
        <w:rPr>
          <w:rFonts w:ascii="Times New Roman" w:hAnsi="Times New Roman"/>
          <w:sz w:val="24"/>
        </w:rPr>
        <w:t>Forkability allows users to weaken safety (e.g., remove all boundaries)</w:t>
      </w:r>
    </w:p>
    <w:p>
      <w:pPr>
        <w:pStyle w:val="ListBullet"/>
        <w:spacing w:line="276" w:lineRule="auto"/>
      </w:pPr>
      <w:r>
        <w:rPr>
          <w:rFonts w:ascii="Times New Roman" w:hAnsi="Times New Roman"/>
          <w:sz w:val="24"/>
        </w:rPr>
        <w:t>But this is honest: Power users always find workarounds</w:t>
      </w:r>
    </w:p>
    <w:p>
      <w:pPr>
        <w:pStyle w:val="ListBullet"/>
        <w:spacing w:line="276" w:lineRule="auto"/>
      </w:pPr>
      <w:r>
        <w:rPr>
          <w:rFonts w:ascii="Times New Roman" w:hAnsi="Times New Roman"/>
          <w:sz w:val="24"/>
        </w:rPr>
        <w:t>Better to make it transparent than pretend centralized control works</w:t>
      </w:r>
    </w:p>
    <w:p/>
    <w:p>
      <w:pPr>
        <w:spacing w:before="360" w:after="200"/>
      </w:pPr>
      <w:r>
        <w:rPr>
          <w:rFonts w:ascii="Times New Roman" w:hAnsi="Times New Roman"/>
          <w:b/>
          <w:color w:val="1976D2"/>
          <w:sz w:val="36"/>
        </w:rPr>
        <w:t>7. Summary: How Tractatus Prevents Runaway AI</w:t>
      </w:r>
    </w:p>
    <w:p>
      <w:pPr>
        <w:spacing w:before="280" w:after="160"/>
      </w:pPr>
      <w:r>
        <w:rPr>
          <w:rFonts w:ascii="Times New Roman" w:hAnsi="Times New Roman"/>
          <w:b/>
          <w:color w:val="424242"/>
          <w:sz w:val="28"/>
        </w:rPr>
        <w:t>The Threats</w:t>
      </w:r>
    </w:p>
    <w:p>
      <w:pPr>
        <w:pStyle w:val="ListNumber"/>
        <w:spacing w:line="276" w:lineRule="auto"/>
      </w:pPr>
      <w:r>
        <w:rPr>
          <w:rFonts w:ascii="Times New Roman" w:hAnsi="Times New Roman"/>
          <w:b/>
          <w:sz w:val="24"/>
        </w:rPr>
        <w:t>Training Data Bias:</w:t>
      </w:r>
      <w:r>
        <w:rPr>
          <w:rFonts w:ascii="Times New Roman" w:hAnsi="Times New Roman"/>
          <w:sz w:val="24"/>
        </w:rPr>
        <w:t xml:space="preserve"> LLM amplifies majority values from training corpus</w:t>
      </w:r>
    </w:p>
    <w:p>
      <w:pPr>
        <w:pStyle w:val="ListNumber"/>
        <w:spacing w:line="276" w:lineRule="auto"/>
      </w:pPr>
      <w:r>
        <w:rPr>
          <w:rFonts w:ascii="Times New Roman" w:hAnsi="Times New Roman"/>
          <w:b/>
          <w:sz w:val="24"/>
        </w:rPr>
        <w:t>Coherence Pressure:</w:t>
      </w:r>
      <w:r>
        <w:rPr>
          <w:rFonts w:ascii="Times New Roman" w:hAnsi="Times New Roman"/>
          <w:sz w:val="24"/>
        </w:rPr>
        <w:t xml:space="preserve"> RLHF trains models to give confident, unified answers</w:t>
      </w:r>
    </w:p>
    <w:p>
      <w:pPr>
        <w:pStyle w:val="ListNumber"/>
        <w:spacing w:line="276" w:lineRule="auto"/>
      </w:pPr>
      <w:r>
        <w:rPr>
          <w:rFonts w:ascii="Times New Roman" w:hAnsi="Times New Roman"/>
          <w:b/>
          <w:sz w:val="24"/>
        </w:rPr>
        <w:t>Authority Mimicry:</w:t>
      </w:r>
      <w:r>
        <w:rPr>
          <w:rFonts w:ascii="Times New Roman" w:hAnsi="Times New Roman"/>
          <w:sz w:val="24"/>
        </w:rPr>
        <w:t xml:space="preserve"> LLM sounds authoritative, users defer</w:t>
      </w:r>
    </w:p>
    <w:p>
      <w:pPr>
        <w:pStyle w:val="ListNumber"/>
        <w:spacing w:line="276" w:lineRule="auto"/>
      </w:pPr>
      <w:r>
        <w:rPr>
          <w:rFonts w:ascii="Times New Roman" w:hAnsi="Times New Roman"/>
          <w:b/>
          <w:sz w:val="24"/>
        </w:rPr>
        <w:t>Feedback Loops:</w:t>
      </w:r>
      <w:r>
        <w:rPr>
          <w:rFonts w:ascii="Times New Roman" w:hAnsi="Times New Roman"/>
          <w:sz w:val="24"/>
        </w:rPr>
        <w:t xml:space="preserve"> Popular options get reinforced</w:t>
      </w:r>
    </w:p>
    <w:p>
      <w:pPr>
        <w:pStyle w:val="ListNumber"/>
        <w:spacing w:line="276" w:lineRule="auto"/>
      </w:pPr>
      <w:r>
        <w:rPr>
          <w:rFonts w:ascii="Times New Roman" w:hAnsi="Times New Roman"/>
          <w:b/>
          <w:sz w:val="24"/>
        </w:rPr>
        <w:t>Optimization Momentum:</w:t>
      </w:r>
      <w:r>
        <w:rPr>
          <w:rFonts w:ascii="Times New Roman" w:hAnsi="Times New Roman"/>
          <w:sz w:val="24"/>
        </w:rPr>
        <w:t xml:space="preserve"> Larger models = stronger pattern enforcement</w:t>
      </w:r>
    </w:p>
    <w:p>
      <w:pPr>
        <w:pStyle w:val="ListNumber"/>
        <w:spacing w:line="276" w:lineRule="auto"/>
      </w:pPr>
      <w:r>
        <w:rPr>
          <w:rFonts w:ascii="Times New Roman" w:hAnsi="Times New Roman"/>
          <w:b/>
          <w:sz w:val="24"/>
        </w:rPr>
        <w:t>Majority Dominance:</w:t>
      </w:r>
      <w:r>
        <w:rPr>
          <w:rFonts w:ascii="Times New Roman" w:hAnsi="Times New Roman"/>
          <w:sz w:val="24"/>
        </w:rPr>
        <w:t xml:space="preserve"> In multi-user contexts, minority values steamrolled</w:t>
      </w:r>
    </w:p>
    <w:p/>
    <w:p>
      <w:pPr>
        <w:spacing w:before="280" w:after="160"/>
      </w:pPr>
      <w:r>
        <w:rPr>
          <w:rFonts w:ascii="Times New Roman" w:hAnsi="Times New Roman"/>
          <w:b/>
          <w:color w:val="424242"/>
          <w:sz w:val="28"/>
        </w:rPr>
        <w:t>The Protections (Layered Defense)</w:t>
      </w:r>
    </w:p>
    <w:p>
      <w:pPr>
        <w:spacing w:before="240" w:after="120"/>
      </w:pPr>
      <w:r>
        <w:rPr>
          <w:rFonts w:ascii="Times New Roman" w:hAnsi="Times New Roman"/>
          <w:b/>
          <w:sz w:val="24"/>
        </w:rPr>
        <w:t>Layer 1: Code-Enforced Boundaries (Structural)</w:t>
      </w:r>
    </w:p>
    <w:p>
      <w:pPr>
        <w:pStyle w:val="ListBullet"/>
        <w:spacing w:line="276" w:lineRule="auto"/>
      </w:pPr>
      <w:r>
        <w:rPr>
          <w:rFonts w:ascii="Times New Roman" w:hAnsi="Times New Roman"/>
          <w:sz w:val="24"/>
        </w:rPr>
        <w:t>CRITICAL violations blocked by deterministic code (not LLM judgment)</w:t>
      </w:r>
    </w:p>
    <w:p>
      <w:pPr>
        <w:pStyle w:val="ListBullet"/>
        <w:spacing w:line="276" w:lineRule="auto"/>
      </w:pPr>
      <w:r>
        <w:rPr>
          <w:rFonts w:ascii="Times New Roman" w:hAnsi="Times New Roman"/>
          <w:sz w:val="24"/>
        </w:rPr>
        <w:t>Structural invariants enforced by OS/database/runtime</w:t>
      </w:r>
    </w:p>
    <w:p>
      <w:pPr>
        <w:pStyle w:val="ListBullet"/>
        <w:spacing w:line="276" w:lineRule="auto"/>
      </w:pPr>
      <w:r>
        <w:rPr>
          <w:rFonts w:ascii="Times New Roman" w:hAnsi="Times New Roman"/>
          <w:sz w:val="24"/>
        </w:rPr>
        <w:t>LLM never sees these in deliberation</w:t>
      </w:r>
    </w:p>
    <w:p>
      <w:pPr>
        <w:spacing w:before="240" w:after="120"/>
      </w:pPr>
      <w:r>
        <w:rPr>
          <w:rFonts w:ascii="Times New Roman" w:hAnsi="Times New Roman"/>
          <w:b/>
          <w:sz w:val="24"/>
        </w:rPr>
        <w:t>Layer 2: Protocol Constraints (Procedural)</w:t>
      </w:r>
    </w:p>
    <w:p>
      <w:pPr>
        <w:pStyle w:val="ListBullet"/>
        <w:spacing w:line="276" w:lineRule="auto"/>
      </w:pPr>
      <w:r>
        <w:rPr>
          <w:rFonts w:ascii="Times New Roman" w:hAnsi="Times New Roman"/>
          <w:sz w:val="24"/>
        </w:rPr>
        <w:t>Stakeholder selection is data-driven (not LLM discretion)</w:t>
      </w:r>
    </w:p>
    <w:p>
      <w:pPr>
        <w:pStyle w:val="ListBullet"/>
        <w:spacing w:line="276" w:lineRule="auto"/>
      </w:pPr>
      <w:r>
        <w:rPr>
          <w:rFonts w:ascii="Times New Roman" w:hAnsi="Times New Roman"/>
          <w:sz w:val="24"/>
        </w:rPr>
        <w:t>Accommodation generation is combinatorial (not preferential)</w:t>
      </w:r>
    </w:p>
    <w:p>
      <w:pPr>
        <w:pStyle w:val="ListBullet"/>
        <w:spacing w:line="276" w:lineRule="auto"/>
      </w:pPr>
      <w:r>
        <w:rPr>
          <w:rFonts w:ascii="Times New Roman" w:hAnsi="Times New Roman"/>
          <w:sz w:val="24"/>
        </w:rPr>
        <w:t>User decides (not LLM), system refuses deference</w:t>
      </w:r>
    </w:p>
    <w:p>
      <w:pPr>
        <w:pStyle w:val="ListBullet"/>
        <w:spacing w:line="276" w:lineRule="auto"/>
      </w:pPr>
      <w:r>
        <w:rPr>
          <w:rFonts w:ascii="Times New Roman" w:hAnsi="Times New Roman"/>
          <w:sz w:val="24"/>
        </w:rPr>
        <w:t>Shuffling prevents order bias</w:t>
      </w:r>
    </w:p>
    <w:p>
      <w:pPr>
        <w:spacing w:before="240" w:after="120"/>
      </w:pPr>
      <w:r>
        <w:rPr>
          <w:rFonts w:ascii="Times New Roman" w:hAnsi="Times New Roman"/>
          <w:b/>
          <w:sz w:val="24"/>
        </w:rPr>
        <w:t>Layer 3: Transparency &amp; Auditability (Detection)</w:t>
      </w:r>
    </w:p>
    <w:p>
      <w:pPr>
        <w:pStyle w:val="ListBullet"/>
        <w:spacing w:line="276" w:lineRule="auto"/>
      </w:pPr>
      <w:r>
        <w:rPr>
          <w:rFonts w:ascii="Times New Roman" w:hAnsi="Times New Roman"/>
          <w:sz w:val="24"/>
        </w:rPr>
        <w:t>All LLM actions logged</w:t>
      </w:r>
    </w:p>
    <w:p>
      <w:pPr>
        <w:pStyle w:val="ListBullet"/>
        <w:spacing w:line="276" w:lineRule="auto"/>
      </w:pPr>
      <w:r>
        <w:rPr>
          <w:rFonts w:ascii="Times New Roman" w:hAnsi="Times New Roman"/>
          <w:sz w:val="24"/>
        </w:rPr>
        <w:t>Automated bias detection (vocabulary, length, framing)</w:t>
      </w:r>
    </w:p>
    <w:p>
      <w:pPr>
        <w:pStyle w:val="ListBullet"/>
        <w:spacing w:line="276" w:lineRule="auto"/>
      </w:pPr>
      <w:r>
        <w:rPr>
          <w:rFonts w:ascii="Times New Roman" w:hAnsi="Times New Roman"/>
          <w:sz w:val="24"/>
        </w:rPr>
        <w:t>User notification if bias detected</w:t>
      </w:r>
    </w:p>
    <w:p>
      <w:pPr>
        <w:pStyle w:val="ListBullet"/>
        <w:spacing w:line="276" w:lineRule="auto"/>
      </w:pPr>
      <w:r>
        <w:rPr>
          <w:rFonts w:ascii="Times New Roman" w:hAnsi="Times New Roman"/>
          <w:sz w:val="24"/>
        </w:rPr>
        <w:t>Researcher review for pattern correction</w:t>
      </w:r>
    </w:p>
    <w:p>
      <w:pPr>
        <w:spacing w:before="240" w:after="120"/>
      </w:pPr>
      <w:r>
        <w:rPr>
          <w:rFonts w:ascii="Times New Roman" w:hAnsi="Times New Roman"/>
          <w:b/>
          <w:sz w:val="24"/>
        </w:rPr>
        <w:t>Layer 4: Minority Protections (Multi-User)</w:t>
      </w:r>
    </w:p>
    <w:p>
      <w:pPr>
        <w:pStyle w:val="ListBullet"/>
        <w:spacing w:line="276" w:lineRule="auto"/>
      </w:pPr>
      <w:r>
        <w:rPr>
          <w:rFonts w:ascii="Times New Roman" w:hAnsi="Times New Roman"/>
          <w:sz w:val="24"/>
        </w:rPr>
        <w:t>Minority accommodations mandatory</w:t>
      </w:r>
    </w:p>
    <w:p>
      <w:pPr>
        <w:pStyle w:val="ListBullet"/>
        <w:spacing w:line="276" w:lineRule="auto"/>
      </w:pPr>
      <w:r>
        <w:rPr>
          <w:rFonts w:ascii="Times New Roman" w:hAnsi="Times New Roman"/>
          <w:sz w:val="24"/>
        </w:rPr>
        <w:t>Dissent documented with equal weight</w:t>
      </w:r>
    </w:p>
    <w:p>
      <w:pPr>
        <w:pStyle w:val="ListBullet"/>
        <w:spacing w:line="276" w:lineRule="auto"/>
      </w:pPr>
      <w:r>
        <w:rPr>
          <w:rFonts w:ascii="Times New Roman" w:hAnsi="Times New Roman"/>
          <w:sz w:val="24"/>
        </w:rPr>
        <w:t>Vote tallies transparent</w:t>
      </w:r>
    </w:p>
    <w:p>
      <w:pPr>
        <w:spacing w:before="240" w:after="120"/>
      </w:pPr>
      <w:r>
        <w:rPr>
          <w:rFonts w:ascii="Times New Roman" w:hAnsi="Times New Roman"/>
          <w:b/>
          <w:sz w:val="24"/>
        </w:rPr>
        <w:t>Layer 5: Forkability (Escape Hatch)</w:t>
      </w:r>
    </w:p>
    <w:p>
      <w:pPr>
        <w:pStyle w:val="ListBullet"/>
        <w:spacing w:line="276" w:lineRule="auto"/>
      </w:pPr>
      <w:r>
        <w:rPr>
          <w:rFonts w:ascii="Times New Roman" w:hAnsi="Times New Roman"/>
          <w:sz w:val="24"/>
        </w:rPr>
        <w:t>Open source, locally deployable</w:t>
      </w:r>
    </w:p>
    <w:p>
      <w:pPr>
        <w:pStyle w:val="ListBullet"/>
        <w:spacing w:line="276" w:lineRule="auto"/>
      </w:pPr>
      <w:r>
        <w:rPr>
          <w:rFonts w:ascii="Times New Roman" w:hAnsi="Times New Roman"/>
          <w:sz w:val="24"/>
        </w:rPr>
        <w:t>Users can modify boundaries and protocols</w:t>
      </w:r>
    </w:p>
    <w:p>
      <w:pPr>
        <w:pStyle w:val="ListBullet"/>
        <w:spacing w:line="276" w:lineRule="auto"/>
      </w:pPr>
      <w:r>
        <w:rPr>
          <w:rFonts w:ascii="Times New Roman" w:hAnsi="Times New Roman"/>
          <w:sz w:val="24"/>
        </w:rPr>
        <w:t>Prevents lock-in to failed governance</w:t>
      </w:r>
    </w:p>
    <w:p/>
    <w:p>
      <w:pPr>
        <w:spacing w:before="280" w:after="160"/>
      </w:pPr>
      <w:r>
        <w:rPr>
          <w:rFonts w:ascii="Times New Roman" w:hAnsi="Times New Roman"/>
          <w:b/>
          <w:color w:val="424242"/>
          <w:sz w:val="28"/>
        </w:rPr>
        <w:t>The Result: Plural Morals Protected from LLM Dominance</w:t>
      </w:r>
    </w:p>
    <w:p>
      <w:pPr>
        <w:spacing w:line="384" w:lineRule="auto" w:after="200"/>
        <w:jc w:val="both"/>
      </w:pPr>
      <w:r>
        <w:rPr>
          <w:rFonts w:ascii="Times New Roman" w:hAnsi="Times New Roman"/>
          <w:b/>
          <w:sz w:val="24"/>
        </w:rPr>
        <w:t>The System:</w:t>
      </w:r>
    </w:p>
    <w:p>
      <w:pPr>
        <w:pStyle w:val="ListNumber"/>
        <w:spacing w:line="276" w:lineRule="auto"/>
      </w:pPr>
      <w:r>
        <w:rPr>
          <w:rFonts w:ascii="Times New Roman" w:hAnsi="Times New Roman"/>
          <w:sz w:val="24"/>
        </w:rPr>
        <w:t>Enforces harm prevention (hierarchical boundaries for non-negotiable ethics)</w:t>
      </w:r>
    </w:p>
    <w:p>
      <w:pPr>
        <w:pStyle w:val="ListNumber"/>
        <w:spacing w:line="276" w:lineRule="auto"/>
      </w:pPr>
      <w:r>
        <w:rPr>
          <w:rFonts w:ascii="Times New Roman" w:hAnsi="Times New Roman"/>
          <w:sz w:val="24"/>
        </w:rPr>
        <w:t>Facilitates value deliberation (non-hierarchical for legitimate trade-offs)</w:t>
      </w:r>
    </w:p>
    <w:p>
      <w:pPr>
        <w:pStyle w:val="ListNumber"/>
        <w:spacing w:line="276" w:lineRule="auto"/>
      </w:pPr>
      <w:r>
        <w:rPr>
          <w:rFonts w:ascii="Times New Roman" w:hAnsi="Times New Roman"/>
          <w:sz w:val="24"/>
        </w:rPr>
        <w:t>Prevents LLM from imposing training bias (structural constraints + transparency)</w:t>
      </w:r>
    </w:p>
    <w:p>
      <w:pPr>
        <w:pStyle w:val="ListNumber"/>
        <w:spacing w:line="276" w:lineRule="auto"/>
      </w:pPr>
      <w:r>
        <w:rPr>
          <w:rFonts w:ascii="Times New Roman" w:hAnsi="Times New Roman"/>
          <w:sz w:val="24"/>
        </w:rPr>
        <w:t>Protects minority values (mandatory representation + dissent documentation)</w:t>
      </w:r>
    </w:p>
    <w:p>
      <w:pPr>
        <w:pStyle w:val="ListNumber"/>
        <w:spacing w:line="276" w:lineRule="auto"/>
      </w:pPr>
      <w:r>
        <w:rPr>
          <w:rFonts w:ascii="Times New Roman" w:hAnsi="Times New Roman"/>
          <w:sz w:val="24"/>
        </w:rPr>
        <w:t>Allows user override (forkability as ultimate safeguard)</w:t>
      </w:r>
    </w:p>
    <w:p>
      <w:pPr>
        <w:spacing w:line="384" w:lineRule="auto" w:after="200"/>
        <w:jc w:val="both"/>
      </w:pPr>
      <w:r>
        <w:rPr>
          <w:rFonts w:ascii="Times New Roman" w:hAnsi="Times New Roman"/>
          <w:b/>
          <w:sz w:val="24"/>
        </w:rPr>
        <w:t>The Paradox Resolved:</w:t>
      </w:r>
    </w:p>
    <w:p>
      <w:pPr>
        <w:pStyle w:val="ListBullet"/>
        <w:spacing w:line="276" w:lineRule="auto"/>
      </w:pPr>
      <w:r>
        <w:rPr>
          <w:rFonts w:ascii="Times New Roman" w:hAnsi="Times New Roman"/>
          <w:b/>
          <w:sz w:val="24"/>
        </w:rPr>
        <w:t>Hierarchical where necessary:</w:t>
      </w:r>
      <w:r>
        <w:rPr>
          <w:rFonts w:ascii="Times New Roman" w:hAnsi="Times New Roman"/>
          <w:sz w:val="24"/>
        </w:rPr>
        <w:t xml:space="preserve"> Harm prevention (boundaries)</w:t>
      </w:r>
    </w:p>
    <w:p>
      <w:pPr>
        <w:pStyle w:val="ListBullet"/>
        <w:spacing w:line="276" w:lineRule="auto"/>
      </w:pPr>
      <w:r>
        <w:rPr>
          <w:rFonts w:ascii="Times New Roman" w:hAnsi="Times New Roman"/>
          <w:b/>
          <w:sz w:val="24"/>
        </w:rPr>
        <w:t>Non-hierarchical where possible:</w:t>
      </w:r>
      <w:r>
        <w:rPr>
          <w:rFonts w:ascii="Times New Roman" w:hAnsi="Times New Roman"/>
          <w:sz w:val="24"/>
        </w:rPr>
        <w:t xml:space="preserve"> Value trade-offs (deliberation)</w:t>
      </w:r>
    </w:p>
    <w:p>
      <w:pPr>
        <w:pStyle w:val="ListBullet"/>
        <w:spacing w:line="276" w:lineRule="auto"/>
      </w:pPr>
      <w:r>
        <w:rPr>
          <w:rFonts w:ascii="Times New Roman" w:hAnsi="Times New Roman"/>
          <w:b/>
          <w:sz w:val="24"/>
        </w:rPr>
        <w:t>Transparent throughout:</w:t>
      </w:r>
      <w:r>
        <w:rPr>
          <w:rFonts w:ascii="Times New Roman" w:hAnsi="Times New Roman"/>
          <w:sz w:val="24"/>
        </w:rPr>
        <w:t xml:space="preserve"> All LLM actions auditable</w:t>
      </w:r>
    </w:p>
    <w:p>
      <w:pPr>
        <w:pStyle w:val="ListBullet"/>
        <w:spacing w:line="276" w:lineRule="auto"/>
      </w:pPr>
      <w:r>
        <w:rPr>
          <w:rFonts w:ascii="Times New Roman" w:hAnsi="Times New Roman"/>
          <w:b/>
          <w:sz w:val="24"/>
        </w:rPr>
        <w:t>User sovereignty preserved:</w:t>
      </w:r>
      <w:r>
        <w:rPr>
          <w:rFonts w:ascii="Times New Roman" w:hAnsi="Times New Roman"/>
          <w:sz w:val="24"/>
        </w:rPr>
        <w:t xml:space="preserve"> Final decisions belong to humans</w:t>
      </w:r>
    </w:p>
    <w:p/>
    <w:p>
      <w:pPr>
        <w:spacing w:before="360" w:after="200"/>
      </w:pPr>
      <w:r>
        <w:rPr>
          <w:rFonts w:ascii="Times New Roman" w:hAnsi="Times New Roman"/>
          <w:b/>
          <w:color w:val="1976D2"/>
          <w:sz w:val="36"/>
        </w:rPr>
        <w:t>8. Open Questions &amp; Future Research</w:t>
      </w:r>
    </w:p>
    <w:p>
      <w:pPr>
        <w:spacing w:before="280" w:after="160"/>
      </w:pPr>
      <w:r>
        <w:rPr>
          <w:rFonts w:ascii="Times New Roman" w:hAnsi="Times New Roman"/>
          <w:b/>
          <w:color w:val="424242"/>
          <w:sz w:val="28"/>
        </w:rPr>
        <w:t>Question 1: Can Bias Detection Keep Pace with LLM Sophistication?</w:t>
      </w:r>
    </w:p>
    <w:p>
      <w:pPr>
        <w:spacing w:line="384" w:lineRule="auto" w:after="200"/>
        <w:jc w:val="both"/>
      </w:pPr>
      <w:r>
        <w:rPr>
          <w:rFonts w:ascii="Times New Roman" w:hAnsi="Times New Roman"/>
          <w:b/>
          <w:sz w:val="24"/>
        </w:rPr>
        <w:t>Challenge:</w:t>
      </w:r>
      <w:r>
        <w:rPr>
          <w:rFonts w:ascii="Times New Roman" w:hAnsi="Times New Roman"/>
          <w:sz w:val="24"/>
        </w:rPr>
        <w:t xml:space="preserve"> As LLMs improve, they may produce subtler bias (harder to detect with vocabulary analysis).</w:t>
      </w:r>
    </w:p>
    <w:p>
      <w:pPr>
        <w:spacing w:line="384" w:lineRule="auto" w:after="200"/>
        <w:jc w:val="both"/>
      </w:pPr>
      <w:r>
        <w:rPr>
          <w:rFonts w:ascii="Times New Roman" w:hAnsi="Times New Roman"/>
          <w:b/>
          <w:sz w:val="24"/>
        </w:rPr>
        <w:t>Research Needed:</w:t>
      </w:r>
    </w:p>
    <w:p>
      <w:pPr>
        <w:pStyle w:val="ListBullet"/>
        <w:spacing w:line="276" w:lineRule="auto"/>
      </w:pPr>
      <w:r>
        <w:rPr>
          <w:rFonts w:ascii="Times New Roman" w:hAnsi="Times New Roman"/>
          <w:sz w:val="24"/>
        </w:rPr>
        <w:t>Develop adversarial testing (red-team LLM to find bias blind spots)</w:t>
      </w:r>
    </w:p>
    <w:p>
      <w:pPr>
        <w:pStyle w:val="ListBullet"/>
        <w:spacing w:line="276" w:lineRule="auto"/>
      </w:pPr>
      <w:r>
        <w:rPr>
          <w:rFonts w:ascii="Times New Roman" w:hAnsi="Times New Roman"/>
          <w:sz w:val="24"/>
        </w:rPr>
        <w:t>Cross-cultural validation (does bias detector work across languages/cultures?)</w:t>
      </w:r>
    </w:p>
    <w:p>
      <w:pPr>
        <w:pStyle w:val="ListBullet"/>
        <w:spacing w:line="276" w:lineRule="auto"/>
      </w:pPr>
      <w:r>
        <w:rPr>
          <w:rFonts w:ascii="Times New Roman" w:hAnsi="Times New Roman"/>
          <w:sz w:val="24"/>
        </w:rPr>
        <w:t>Human-in-the-loop verification (do real users perceive bias that detector misses?)</w:t>
      </w:r>
    </w:p>
    <w:p/>
    <w:p>
      <w:pPr>
        <w:spacing w:before="280" w:after="160"/>
      </w:pPr>
      <w:r>
        <w:rPr>
          <w:rFonts w:ascii="Times New Roman" w:hAnsi="Times New Roman"/>
          <w:b/>
          <w:color w:val="424242"/>
          <w:sz w:val="28"/>
        </w:rPr>
        <w:t>Question 2: What If User's Values Are Themselves Hierarchical?</w:t>
      </w:r>
    </w:p>
    <w:p>
      <w:pPr>
        <w:spacing w:line="384" w:lineRule="auto" w:after="200"/>
        <w:jc w:val="both"/>
      </w:pPr>
      <w:r>
        <w:rPr>
          <w:rFonts w:ascii="Times New Roman" w:hAnsi="Times New Roman"/>
          <w:b/>
          <w:sz w:val="24"/>
        </w:rPr>
        <w:t>Challenge:</w:t>
      </w:r>
      <w:r>
        <w:rPr>
          <w:rFonts w:ascii="Times New Roman" w:hAnsi="Times New Roman"/>
          <w:sz w:val="24"/>
        </w:rPr>
        <w:t xml:space="preserve"> Some users hold hierarchical value systems (e.g., "God's law &gt; human autonomy"). Forcing non-hierarchical deliberation might violate their values.</w:t>
      </w:r>
    </w:p>
    <w:p>
      <w:pPr>
        <w:spacing w:line="384" w:lineRule="auto" w:after="200"/>
        <w:jc w:val="both"/>
      </w:pPr>
      <w:r>
        <w:rPr>
          <w:rFonts w:ascii="Times New Roman" w:hAnsi="Times New Roman"/>
          <w:b/>
          <w:sz w:val="24"/>
        </w:rPr>
        <w:t>Possible Solution:</w:t>
      </w:r>
    </w:p>
    <w:p>
      <w:pPr>
        <w:pStyle w:val="ListBullet"/>
        <w:spacing w:line="276" w:lineRule="auto"/>
      </w:pPr>
      <w:r>
        <w:rPr>
          <w:rFonts w:ascii="Times New Roman" w:hAnsi="Times New Roman"/>
          <w:sz w:val="24"/>
        </w:rPr>
        <w:t>Allow users to configure deliberation protocol (hierarchical vs. non-hierarchical mode)</w:t>
      </w:r>
    </w:p>
    <w:p>
      <w:pPr>
        <w:pStyle w:val="ListBullet"/>
        <w:spacing w:line="276" w:lineRule="auto"/>
      </w:pPr>
      <w:r>
        <w:rPr>
          <w:rFonts w:ascii="Times New Roman" w:hAnsi="Times New Roman"/>
          <w:sz w:val="24"/>
        </w:rPr>
        <w:t>Hierarchical mode: User ranks values, accommodations respect ranking</w:t>
      </w:r>
    </w:p>
    <w:p>
      <w:pPr>
        <w:pStyle w:val="ListBullet"/>
        <w:spacing w:line="276" w:lineRule="auto"/>
      </w:pPr>
      <w:r>
        <w:rPr>
          <w:rFonts w:ascii="Times New Roman" w:hAnsi="Times New Roman"/>
          <w:sz w:val="24"/>
        </w:rPr>
        <w:t>Non-hierarchical mode: All values treated as equal (current design)</w:t>
      </w:r>
    </w:p>
    <w:p>
      <w:pPr>
        <w:spacing w:line="384" w:lineRule="auto" w:after="200"/>
        <w:jc w:val="both"/>
      </w:pPr>
      <w:r>
        <w:rPr>
          <w:rFonts w:ascii="Times New Roman" w:hAnsi="Times New Roman"/>
          <w:b/>
          <w:sz w:val="24"/>
        </w:rPr>
        <w:t>Trade-off:</w:t>
      </w:r>
      <w:r>
        <w:rPr>
          <w:rFonts w:ascii="Times New Roman" w:hAnsi="Times New Roman"/>
          <w:sz w:val="24"/>
        </w:rPr>
        <w:t xml:space="preserve"> Flexibility vs. structural protection. If users can choose hierarchical mode, they might recreate the dominance problem.</w:t>
      </w:r>
    </w:p>
    <w:p/>
    <w:p>
      <w:pPr>
        <w:spacing w:before="280" w:after="160"/>
      </w:pPr>
      <w:r>
        <w:rPr>
          <w:rFonts w:ascii="Times New Roman" w:hAnsi="Times New Roman"/>
          <w:b/>
          <w:color w:val="424242"/>
          <w:sz w:val="28"/>
        </w:rPr>
        <w:t>Question 3: How Do We Validate "Neutrality" in LLM Facilitation?</w:t>
      </w:r>
    </w:p>
    <w:p>
      <w:pPr>
        <w:spacing w:line="384" w:lineRule="auto" w:after="200"/>
        <w:jc w:val="both"/>
      </w:pPr>
      <w:r>
        <w:rPr>
          <w:rFonts w:ascii="Times New Roman" w:hAnsi="Times New Roman"/>
          <w:b/>
          <w:sz w:val="24"/>
        </w:rPr>
        <w:t>Challenge:</w:t>
      </w:r>
      <w:r>
        <w:rPr>
          <w:rFonts w:ascii="Times New Roman" w:hAnsi="Times New Roman"/>
          <w:sz w:val="24"/>
        </w:rPr>
        <w:t xml:space="preserve"> Claiming LLM is "neutral" in deliberation is a strong claim. How do we measure neutrality?</w:t>
      </w:r>
    </w:p>
    <w:p>
      <w:pPr>
        <w:spacing w:line="384" w:lineRule="auto" w:after="200"/>
        <w:jc w:val="both"/>
      </w:pPr>
      <w:r>
        <w:rPr>
          <w:rFonts w:ascii="Times New Roman" w:hAnsi="Times New Roman"/>
          <w:b/>
          <w:sz w:val="24"/>
        </w:rPr>
        <w:t>Research Needed:</w:t>
      </w:r>
    </w:p>
    <w:p>
      <w:pPr>
        <w:pStyle w:val="ListBullet"/>
        <w:spacing w:line="276" w:lineRule="auto"/>
      </w:pPr>
      <w:r>
        <w:rPr>
          <w:rFonts w:ascii="Times New Roman" w:hAnsi="Times New Roman"/>
          <w:sz w:val="24"/>
        </w:rPr>
        <w:t>Develop neutrality metrics (beyond vocabulary balance)</w:t>
      </w:r>
    </w:p>
    <w:p>
      <w:pPr>
        <w:pStyle w:val="ListBullet"/>
        <w:spacing w:line="276" w:lineRule="auto"/>
      </w:pPr>
      <w:r>
        <w:rPr>
          <w:rFonts w:ascii="Times New Roman" w:hAnsi="Times New Roman"/>
          <w:sz w:val="24"/>
        </w:rPr>
        <w:t>Compare LLM facilitation to human facilitation (do outcomes differ?)</w:t>
      </w:r>
    </w:p>
    <w:p>
      <w:pPr>
        <w:pStyle w:val="ListBullet"/>
        <w:spacing w:line="276" w:lineRule="auto"/>
      </w:pPr>
      <w:r>
        <w:rPr>
          <w:rFonts w:ascii="Times New Roman" w:hAnsi="Times New Roman"/>
          <w:sz w:val="24"/>
        </w:rPr>
        <w:t>Study user perception of neutrality (do participants feel AI was fair?)</w:t>
      </w:r>
    </w:p>
    <w:p/>
    <w:p>
      <w:pPr>
        <w:spacing w:before="280" w:after="160"/>
      </w:pPr>
      <w:r>
        <w:rPr>
          <w:rFonts w:ascii="Times New Roman" w:hAnsi="Times New Roman"/>
          <w:b/>
          <w:color w:val="424242"/>
          <w:sz w:val="28"/>
        </w:rPr>
        <w:t>Question 4: Can This Scale to Societal Deliberation?</w:t>
      </w:r>
    </w:p>
    <w:p>
      <w:pPr>
        <w:spacing w:line="384" w:lineRule="auto" w:after="200"/>
        <w:jc w:val="both"/>
      </w:pPr>
      <w:r>
        <w:rPr>
          <w:rFonts w:ascii="Times New Roman" w:hAnsi="Times New Roman"/>
          <w:b/>
          <w:sz w:val="24"/>
        </w:rPr>
        <w:t>Challenge:</w:t>
      </w:r>
      <w:r>
        <w:rPr>
          <w:rFonts w:ascii="Times New Roman" w:hAnsi="Times New Roman"/>
          <w:sz w:val="24"/>
        </w:rPr>
        <w:t xml:space="preserve"> Single-user and small-group deliberation are manageable. Can this work for 100+ participants (societal decisions)?</w:t>
      </w:r>
    </w:p>
    <w:p>
      <w:pPr>
        <w:spacing w:line="384" w:lineRule="auto" w:after="200"/>
        <w:jc w:val="both"/>
      </w:pPr>
      <w:r>
        <w:rPr>
          <w:rFonts w:ascii="Times New Roman" w:hAnsi="Times New Roman"/>
          <w:b/>
          <w:sz w:val="24"/>
        </w:rPr>
        <w:t>Research Needed:</w:t>
      </w:r>
    </w:p>
    <w:p>
      <w:pPr>
        <w:pStyle w:val="ListBullet"/>
        <w:spacing w:line="276" w:lineRule="auto"/>
      </w:pPr>
      <w:r>
        <w:rPr>
          <w:rFonts w:ascii="Times New Roman" w:hAnsi="Times New Roman"/>
          <w:sz w:val="24"/>
        </w:rPr>
        <w:t>Test scalability (10 → 50 → 100 participants)</w:t>
      </w:r>
    </w:p>
    <w:p>
      <w:pPr>
        <w:pStyle w:val="ListBullet"/>
        <w:spacing w:line="276" w:lineRule="auto"/>
      </w:pPr>
      <w:r>
        <w:rPr>
          <w:rFonts w:ascii="Times New Roman" w:hAnsi="Times New Roman"/>
          <w:sz w:val="24"/>
        </w:rPr>
        <w:t>Study how minority protections work at scale (what if 5% minority?)</w:t>
      </w:r>
    </w:p>
    <w:p>
      <w:pPr>
        <w:pStyle w:val="ListBullet"/>
        <w:spacing w:line="276" w:lineRule="auto"/>
      </w:pPr>
      <w:r>
        <w:rPr>
          <w:rFonts w:ascii="Times New Roman" w:hAnsi="Times New Roman"/>
          <w:sz w:val="24"/>
        </w:rPr>
        <w:t>Integrate with existing democratic institutions (citizen assemblies, etc.)</w:t>
      </w:r>
    </w:p>
    <w:p/>
    <w:p>
      <w:pPr>
        <w:spacing w:before="360" w:after="200"/>
      </w:pPr>
      <w:r>
        <w:rPr>
          <w:rFonts w:ascii="Times New Roman" w:hAnsi="Times New Roman"/>
          <w:b/>
          <w:color w:val="1976D2"/>
          <w:sz w:val="36"/>
        </w:rPr>
        <w:t>9. Conclusion: The Fight Against Amoral Intelligence</w:t>
      </w:r>
    </w:p>
    <w:p>
      <w:pPr>
        <w:spacing w:before="280" w:after="160"/>
      </w:pPr>
      <w:r>
        <w:rPr>
          <w:rFonts w:ascii="Times New Roman" w:hAnsi="Times New Roman"/>
          <w:b/>
          <w:color w:val="424242"/>
          <w:sz w:val="28"/>
        </w:rPr>
        <w:t>The Existential Risk</w:t>
      </w:r>
    </w:p>
    <w:p>
      <w:pPr>
        <w:spacing w:line="384" w:lineRule="auto" w:after="200"/>
        <w:jc w:val="both"/>
      </w:pPr>
      <w:r>
        <w:rPr>
          <w:rFonts w:ascii="Times New Roman" w:hAnsi="Times New Roman"/>
          <w:b/>
          <w:sz w:val="24"/>
        </w:rPr>
        <w:t>Runaway AI is not just about:</w:t>
      </w:r>
    </w:p>
    <w:p>
      <w:pPr>
        <w:pStyle w:val="ListBullet"/>
        <w:spacing w:line="276" w:lineRule="auto"/>
      </w:pPr>
      <w:r>
        <w:rPr>
          <w:rFonts w:ascii="Times New Roman" w:hAnsi="Times New Roman"/>
          <w:sz w:val="24"/>
        </w:rPr>
        <w:t>Superintelligence going rogue</w:t>
      </w:r>
    </w:p>
    <w:p>
      <w:pPr>
        <w:pStyle w:val="ListBullet"/>
        <w:spacing w:line="276" w:lineRule="auto"/>
      </w:pPr>
      <w:r>
        <w:rPr>
          <w:rFonts w:ascii="Times New Roman" w:hAnsi="Times New Roman"/>
          <w:sz w:val="24"/>
        </w:rPr>
        <w:t>Paperclip maximizers destroying humanity</w:t>
      </w:r>
    </w:p>
    <w:p>
      <w:pPr>
        <w:pStyle w:val="ListBullet"/>
        <w:spacing w:line="276" w:lineRule="auto"/>
      </w:pPr>
      <w:r>
        <w:rPr>
          <w:rFonts w:ascii="Times New Roman" w:hAnsi="Times New Roman"/>
          <w:sz w:val="24"/>
        </w:rPr>
        <w:t>Skynet launching nuclear missiles</w:t>
      </w:r>
    </w:p>
    <w:p>
      <w:pPr>
        <w:spacing w:line="384" w:lineRule="auto" w:after="200"/>
        <w:jc w:val="both"/>
      </w:pPr>
      <w:r>
        <w:rPr>
          <w:rFonts w:ascii="Times New Roman" w:hAnsi="Times New Roman"/>
          <w:b/>
          <w:sz w:val="24"/>
        </w:rPr>
        <w:t>It's also about:</w:t>
      </w:r>
    </w:p>
    <w:p>
      <w:pPr>
        <w:pStyle w:val="ListBullet"/>
        <w:spacing w:line="276" w:lineRule="auto"/>
      </w:pPr>
      <w:r>
        <w:rPr>
          <w:rFonts w:ascii="Times New Roman" w:hAnsi="Times New Roman"/>
          <w:sz w:val="24"/>
        </w:rPr>
        <w:t>AI systems that sound reasonable but amplify majority values</w:t>
      </w:r>
    </w:p>
    <w:p>
      <w:pPr>
        <w:pStyle w:val="ListBullet"/>
        <w:spacing w:line="276" w:lineRule="auto"/>
      </w:pPr>
      <w:r>
        <w:rPr>
          <w:rFonts w:ascii="Times New Roman" w:hAnsi="Times New Roman"/>
          <w:sz w:val="24"/>
        </w:rPr>
        <w:t>"Helpful" assistants that subtly enforce dominant cultural patterns</w:t>
      </w:r>
    </w:p>
    <w:p>
      <w:pPr>
        <w:pStyle w:val="ListBullet"/>
        <w:spacing w:line="276" w:lineRule="auto"/>
      </w:pPr>
      <w:r>
        <w:rPr>
          <w:rFonts w:ascii="Times New Roman" w:hAnsi="Times New Roman"/>
          <w:sz w:val="24"/>
        </w:rPr>
        <w:t>Systems that flatten moral complexity into seeming objectivity</w:t>
      </w:r>
    </w:p>
    <w:p>
      <w:pPr>
        <w:spacing w:line="384" w:lineRule="auto" w:after="200"/>
        <w:jc w:val="both"/>
      </w:pPr>
      <w:r>
        <w:rPr>
          <w:rFonts w:ascii="Times New Roman" w:hAnsi="Times New Roman"/>
          <w:b/>
          <w:sz w:val="24"/>
        </w:rPr>
        <w:t>This is amoral intelligence:</w:t>
      </w:r>
      <w:r>
        <w:rPr>
          <w:rFonts w:ascii="Times New Roman" w:hAnsi="Times New Roman"/>
          <w:sz w:val="24"/>
        </w:rPr>
        <w:t xml:space="preserve"> Not evil, but lacking moral pluralism. Treating the statistical regularities in training data as universal truths.</w:t>
      </w:r>
    </w:p>
    <w:p/>
    <w:p>
      <w:pPr>
        <w:spacing w:before="280" w:after="160"/>
      </w:pPr>
      <w:r>
        <w:rPr>
          <w:rFonts w:ascii="Times New Roman" w:hAnsi="Times New Roman"/>
          <w:b/>
          <w:color w:val="424242"/>
          <w:sz w:val="28"/>
        </w:rPr>
        <w:t>Tractatus as Counter-Architecture</w:t>
      </w:r>
    </w:p>
    <w:p>
      <w:pPr>
        <w:spacing w:line="384" w:lineRule="auto" w:after="200"/>
        <w:jc w:val="both"/>
      </w:pPr>
      <w:r>
        <w:rPr>
          <w:rFonts w:ascii="Times New Roman" w:hAnsi="Times New Roman"/>
          <w:b/>
          <w:sz w:val="24"/>
        </w:rPr>
        <w:t>Tractatus is designed to resist amoral intelligence by:</w:t>
      </w:r>
    </w:p>
    <w:p>
      <w:pPr>
        <w:pStyle w:val="ListNumber"/>
        <w:spacing w:line="276" w:lineRule="auto"/>
      </w:pPr>
      <w:r>
        <w:rPr>
          <w:rFonts w:ascii="Times New Roman" w:hAnsi="Times New Roman"/>
          <w:b/>
          <w:sz w:val="24"/>
        </w:rPr>
        <w:t>Fragmenting LLM power:</w:t>
      </w:r>
      <w:r>
        <w:rPr>
          <w:rFonts w:ascii="Times New Roman" w:hAnsi="Times New Roman"/>
          <w:sz w:val="24"/>
        </w:rPr>
        <w:t xml:space="preserve"> Code enforces boundaries, LLM facilitates (not decides)</w:t>
      </w:r>
    </w:p>
    <w:p>
      <w:pPr>
        <w:pStyle w:val="ListNumber"/>
        <w:spacing w:line="276" w:lineRule="auto"/>
      </w:pPr>
      <w:r>
        <w:rPr>
          <w:rFonts w:ascii="Times New Roman" w:hAnsi="Times New Roman"/>
          <w:b/>
          <w:sz w:val="24"/>
        </w:rPr>
        <w:t>Structurally mandating pluralism:</w:t>
      </w:r>
      <w:r>
        <w:rPr>
          <w:rFonts w:ascii="Times New Roman" w:hAnsi="Times New Roman"/>
          <w:sz w:val="24"/>
        </w:rPr>
        <w:t xml:space="preserve"> Protocol requires multiple accommodations</w:t>
      </w:r>
    </w:p>
    <w:p>
      <w:pPr>
        <w:pStyle w:val="ListNumber"/>
        <w:spacing w:line="276" w:lineRule="auto"/>
      </w:pPr>
      <w:r>
        <w:rPr>
          <w:rFonts w:ascii="Times New Roman" w:hAnsi="Times New Roman"/>
          <w:b/>
          <w:sz w:val="24"/>
        </w:rPr>
        <w:t>Making bias visible:</w:t>
      </w:r>
      <w:r>
        <w:rPr>
          <w:rFonts w:ascii="Times New Roman" w:hAnsi="Times New Roman"/>
          <w:sz w:val="24"/>
        </w:rPr>
        <w:t xml:space="preserve"> Transparency logs + automated detection</w:t>
      </w:r>
    </w:p>
    <w:p>
      <w:pPr>
        <w:pStyle w:val="ListNumber"/>
        <w:spacing w:line="276" w:lineRule="auto"/>
      </w:pPr>
      <w:r>
        <w:rPr>
          <w:rFonts w:ascii="Times New Roman" w:hAnsi="Times New Roman"/>
          <w:b/>
          <w:sz w:val="24"/>
        </w:rPr>
        <w:t>Preserving user sovereignty:</w:t>
      </w:r>
      <w:r>
        <w:rPr>
          <w:rFonts w:ascii="Times New Roman" w:hAnsi="Times New Roman"/>
          <w:sz w:val="24"/>
        </w:rPr>
        <w:t xml:space="preserve"> User decides, system refuses deference</w:t>
      </w:r>
    </w:p>
    <w:p>
      <w:pPr>
        <w:pStyle w:val="ListNumber"/>
        <w:spacing w:line="276" w:lineRule="auto"/>
      </w:pPr>
      <w:r>
        <w:rPr>
          <w:rFonts w:ascii="Times New Roman" w:hAnsi="Times New Roman"/>
          <w:b/>
          <w:sz w:val="24"/>
        </w:rPr>
        <w:t>Protecting minorities:</w:t>
      </w:r>
      <w:r>
        <w:rPr>
          <w:rFonts w:ascii="Times New Roman" w:hAnsi="Times New Roman"/>
          <w:sz w:val="24"/>
        </w:rPr>
        <w:t xml:space="preserve"> Mandatory representation + dissent documentation</w:t>
      </w:r>
    </w:p>
    <w:p>
      <w:pPr>
        <w:pStyle w:val="ListNumber"/>
        <w:spacing w:line="276" w:lineRule="auto"/>
      </w:pPr>
      <w:r>
        <w:rPr>
          <w:rFonts w:ascii="Times New Roman" w:hAnsi="Times New Roman"/>
          <w:b/>
          <w:sz w:val="24"/>
        </w:rPr>
        <w:t>Enabling escape:</w:t>
      </w:r>
      <w:r>
        <w:rPr>
          <w:rFonts w:ascii="Times New Roman" w:hAnsi="Times New Roman"/>
          <w:sz w:val="24"/>
        </w:rPr>
        <w:t xml:space="preserve"> Forkability prevents lock-in</w:t>
      </w:r>
    </w:p>
    <w:p/>
    <w:p>
      <w:pPr>
        <w:spacing w:before="280" w:after="160"/>
      </w:pPr>
      <w:r>
        <w:rPr>
          <w:rFonts w:ascii="Times New Roman" w:hAnsi="Times New Roman"/>
          <w:b/>
          <w:color w:val="424242"/>
          <w:sz w:val="28"/>
        </w:rPr>
        <w:t>The Claim</w:t>
      </w:r>
    </w:p>
    <w:p>
      <w:pPr>
        <w:spacing w:line="384" w:lineRule="auto" w:after="200"/>
        <w:jc w:val="both"/>
      </w:pPr>
      <w:r>
        <w:rPr>
          <w:rFonts w:ascii="Times New Roman" w:hAnsi="Times New Roman"/>
          <w:b/>
          <w:sz w:val="24"/>
        </w:rPr>
        <w:t>We claim that Tractatus demonstrates:</w:t>
      </w:r>
    </w:p>
    <w:p>
      <w:pPr>
        <w:pStyle w:val="ListNumber"/>
        <w:spacing w:line="276" w:lineRule="auto"/>
      </w:pPr>
      <w:r>
        <w:rPr>
          <w:rFonts w:ascii="Times New Roman" w:hAnsi="Times New Roman"/>
          <w:sz w:val="24"/>
        </w:rPr>
        <w:t>It is possible to build AI systems that resist hierarchical dominance</w:t>
      </w:r>
    </w:p>
    <w:p>
      <w:pPr>
        <w:pStyle w:val="ListNumber"/>
        <w:spacing w:line="276" w:lineRule="auto"/>
      </w:pPr>
      <w:r>
        <w:rPr>
          <w:rFonts w:ascii="Times New Roman" w:hAnsi="Times New Roman"/>
          <w:sz w:val="24"/>
        </w:rPr>
        <w:t xml:space="preserve">The key is </w:t>
      </w:r>
      <w:r>
        <w:rPr>
          <w:rFonts w:ascii="Times New Roman" w:hAnsi="Times New Roman"/>
          <w:b/>
          <w:sz w:val="24"/>
        </w:rPr>
        <w:t>architectural separation:</w:t>
      </w:r>
      <w:r>
        <w:rPr>
          <w:rFonts w:ascii="Times New Roman" w:hAnsi="Times New Roman"/>
          <w:sz w:val="24"/>
        </w:rPr>
        <w:t xml:space="preserve"> harm prevention (code) vs. value deliberation (facilitated)</w:t>
      </w:r>
    </w:p>
    <w:p>
      <w:pPr>
        <w:pStyle w:val="ListNumber"/>
        <w:spacing w:line="276" w:lineRule="auto"/>
      </w:pPr>
      <w:r>
        <w:rPr>
          <w:rFonts w:ascii="Times New Roman" w:hAnsi="Times New Roman"/>
          <w:sz w:val="24"/>
        </w:rPr>
        <w:t>Transparency + auditability can detect and correct LLM bias</w:t>
      </w:r>
    </w:p>
    <w:p>
      <w:pPr>
        <w:pStyle w:val="ListNumber"/>
        <w:spacing w:line="276" w:lineRule="auto"/>
      </w:pPr>
      <w:r>
        <w:rPr>
          <w:rFonts w:ascii="Times New Roman" w:hAnsi="Times New Roman"/>
          <w:sz w:val="24"/>
        </w:rPr>
        <w:t>User sovereignty is compatible with safety boundaries</w:t>
      </w:r>
    </w:p>
    <w:p>
      <w:pPr>
        <w:pStyle w:val="ListNumber"/>
        <w:spacing w:line="276" w:lineRule="auto"/>
      </w:pPr>
      <w:r>
        <w:rPr>
          <w:rFonts w:ascii="Times New Roman" w:hAnsi="Times New Roman"/>
          <w:sz w:val="24"/>
        </w:rPr>
        <w:t>Plural morals can be protected structurally, not just aspirationally</w:t>
      </w:r>
    </w:p>
    <w:p/>
    <w:p>
      <w:pPr>
        <w:spacing w:before="280" w:after="160"/>
      </w:pPr>
      <w:r>
        <w:rPr>
          <w:rFonts w:ascii="Times New Roman" w:hAnsi="Times New Roman"/>
          <w:b/>
          <w:color w:val="424242"/>
          <w:sz w:val="28"/>
        </w:rPr>
        <w:t>The Invitation</w:t>
      </w:r>
    </w:p>
    <w:p>
      <w:pPr>
        <w:spacing w:line="384" w:lineRule="auto" w:after="200"/>
        <w:jc w:val="both"/>
      </w:pPr>
      <w:r>
        <w:rPr>
          <w:rFonts w:ascii="Times New Roman" w:hAnsi="Times New Roman"/>
          <w:b/>
          <w:sz w:val="24"/>
        </w:rPr>
        <w:t>If you believe this architecture has flaws:</w:t>
      </w:r>
    </w:p>
    <w:p>
      <w:pPr>
        <w:pStyle w:val="ListBullet"/>
        <w:spacing w:line="276" w:lineRule="auto"/>
      </w:pPr>
      <w:r>
        <w:rPr>
          <w:rFonts w:ascii="Times New Roman" w:hAnsi="Times New Roman"/>
          <w:sz w:val="24"/>
        </w:rPr>
        <w:t>Point them out. We welcome adversarial analysis.</w:t>
      </w:r>
    </w:p>
    <w:p>
      <w:pPr>
        <w:pStyle w:val="ListBullet"/>
        <w:spacing w:line="276" w:lineRule="auto"/>
      </w:pPr>
      <w:r>
        <w:rPr>
          <w:rFonts w:ascii="Times New Roman" w:hAnsi="Times New Roman"/>
          <w:sz w:val="24"/>
        </w:rPr>
        <w:t>Red-team the system. Try to make the LLM dominate.</w:t>
      </w:r>
    </w:p>
    <w:p>
      <w:pPr>
        <w:pStyle w:val="ListBullet"/>
        <w:spacing w:line="276" w:lineRule="auto"/>
      </w:pPr>
      <w:r>
        <w:rPr>
          <w:rFonts w:ascii="Times New Roman" w:hAnsi="Times New Roman"/>
          <w:sz w:val="24"/>
        </w:rPr>
        <w:t>Propose improvements. This is open research.</w:t>
      </w:r>
    </w:p>
    <w:p>
      <w:pPr>
        <w:spacing w:line="384" w:lineRule="auto" w:after="200"/>
        <w:jc w:val="both"/>
      </w:pPr>
      <w:r>
        <w:rPr>
          <w:rFonts w:ascii="Times New Roman" w:hAnsi="Times New Roman"/>
          <w:b/>
          <w:sz w:val="24"/>
        </w:rPr>
        <w:t>If you believe this architecture is promising:</w:t>
      </w:r>
    </w:p>
    <w:p>
      <w:pPr>
        <w:pStyle w:val="ListBullet"/>
        <w:spacing w:line="276" w:lineRule="auto"/>
      </w:pPr>
      <w:r>
        <w:rPr>
          <w:rFonts w:ascii="Times New Roman" w:hAnsi="Times New Roman"/>
          <w:sz w:val="24"/>
        </w:rPr>
        <w:t>Test it. Deploy Tractatus in your context.</w:t>
      </w:r>
    </w:p>
    <w:p>
      <w:pPr>
        <w:pStyle w:val="ListBullet"/>
        <w:spacing w:line="276" w:lineRule="auto"/>
      </w:pPr>
      <w:r>
        <w:rPr>
          <w:rFonts w:ascii="Times New Roman" w:hAnsi="Times New Roman"/>
          <w:sz w:val="24"/>
        </w:rPr>
        <w:t>Extend it. Multi-user contexts need validation.</w:t>
      </w:r>
    </w:p>
    <w:p>
      <w:pPr>
        <w:pStyle w:val="ListBullet"/>
        <w:spacing w:line="276" w:lineRule="auto"/>
      </w:pPr>
      <w:r>
        <w:rPr>
          <w:rFonts w:ascii="Times New Roman" w:hAnsi="Times New Roman"/>
          <w:sz w:val="24"/>
        </w:rPr>
        <w:t>Replicate it. Build your own version, share findings.</w:t>
      </w:r>
    </w:p>
    <w:p>
      <w:pPr>
        <w:spacing w:line="384" w:lineRule="auto" w:after="200"/>
        <w:jc w:val="both"/>
      </w:pPr>
      <w:r>
        <w:rPr>
          <w:rFonts w:ascii="Times New Roman" w:hAnsi="Times New Roman"/>
          <w:b/>
          <w:sz w:val="24"/>
        </w:rPr>
        <w:t>The fight against amoral intelligence requires transparency, collaboration, and continuous vigilance.</w:t>
      </w:r>
    </w:p>
    <w:p>
      <w:pPr>
        <w:spacing w:line="384" w:lineRule="auto" w:after="200"/>
        <w:jc w:val="both"/>
      </w:pPr>
      <w:r>
        <w:rPr>
          <w:rFonts w:ascii="Times New Roman" w:hAnsi="Times New Roman"/>
          <w:b/>
          <w:sz w:val="24"/>
        </w:rPr>
        <w:t>Tractatus is one attempt. It won't be the last. Let's build better systems together.</w:t>
      </w:r>
    </w:p>
    <w:p/>
    <w:p>
      <w:pPr>
        <w:spacing w:line="384" w:lineRule="auto" w:after="200"/>
        <w:jc w:val="both"/>
      </w:pPr>
      <w:r>
        <w:rPr>
          <w:rFonts w:ascii="Times New Roman" w:hAnsi="Times New Roman"/>
          <w:b/>
          <w:sz w:val="24"/>
        </w:rPr>
        <w:t>Document Version:</w:t>
      </w:r>
      <w:r>
        <w:rPr>
          <w:rFonts w:ascii="Times New Roman" w:hAnsi="Times New Roman"/>
          <w:sz w:val="24"/>
        </w:rPr>
        <w:t xml:space="preserve"> 1.0 (Prose Edition)</w:t>
      </w:r>
    </w:p>
    <w:p>
      <w:pPr>
        <w:spacing w:line="384" w:lineRule="auto" w:after="200"/>
        <w:jc w:val="both"/>
      </w:pPr>
      <w:r>
        <w:rPr>
          <w:rFonts w:ascii="Times New Roman" w:hAnsi="Times New Roman"/>
          <w:b/>
          <w:sz w:val="24"/>
        </w:rPr>
        <w:t>Date:</w:t>
      </w:r>
      <w:r>
        <w:rPr>
          <w:rFonts w:ascii="Times New Roman" w:hAnsi="Times New Roman"/>
          <w:sz w:val="24"/>
        </w:rPr>
        <w:t xml:space="preserve"> October 17, 2025</w:t>
      </w:r>
    </w:p>
    <w:p>
      <w:pPr>
        <w:spacing w:line="384" w:lineRule="auto" w:after="200"/>
        <w:jc w:val="both"/>
      </w:pPr>
      <w:r>
        <w:rPr>
          <w:rFonts w:ascii="Times New Roman" w:hAnsi="Times New Roman"/>
          <w:b/>
          <w:sz w:val="24"/>
        </w:rPr>
        <w:t>Status:</w:t>
      </w:r>
      <w:r>
        <w:rPr>
          <w:rFonts w:ascii="Times New Roman" w:hAnsi="Times New Roman"/>
          <w:sz w:val="24"/>
        </w:rPr>
        <w:t xml:space="preserve"> Open for Review and Challenge</w:t>
      </w:r>
    </w:p>
    <w:p>
      <w:pPr>
        <w:spacing w:before="360" w:after="200"/>
      </w:pPr>
      <w:r>
        <w:rPr>
          <w:rFonts w:ascii="Times New Roman" w:hAnsi="Times New Roman"/>
          <w:b/>
          <w:color w:val="1976D2"/>
          <w:sz w:val="36"/>
        </w:rPr>
        <w:t>Contact</w:t>
      </w:r>
    </w:p>
    <w:p>
      <w:pPr>
        <w:spacing w:line="384" w:lineRule="auto" w:after="200"/>
        <w:jc w:val="both"/>
      </w:pPr>
      <w:r>
        <w:rPr>
          <w:rFonts w:ascii="Times New Roman" w:hAnsi="Times New Roman"/>
          <w:b/>
          <w:sz w:val="24"/>
        </w:rPr>
        <w:t>Research Inquiries:</w:t>
      </w:r>
      <w:r>
        <w:rPr>
          <w:rFonts w:ascii="Times New Roman" w:hAnsi="Times New Roman"/>
          <w:sz w:val="24"/>
        </w:rPr>
        <w:t xml:space="preserve"> research@agenticgovernance.digital</w:t>
      </w:r>
    </w:p>
    <w:p>
      <w:pPr>
        <w:spacing w:line="384" w:lineRule="auto" w:after="200"/>
        <w:jc w:val="both"/>
      </w:pPr>
      <w:r>
        <w:rPr>
          <w:rFonts w:ascii="Times New Roman" w:hAnsi="Times New Roman"/>
          <w:b/>
          <w:sz w:val="24"/>
        </w:rPr>
        <w:t>Website:</w:t>
      </w:r>
      <w:r>
        <w:rPr>
          <w:rFonts w:ascii="Times New Roman" w:hAnsi="Times New Roman"/>
          <w:sz w:val="24"/>
        </w:rPr>
        <w:t xml:space="preserve"> https://agenticgovernance.digital</w:t>
      </w:r>
    </w:p>
    <w:p>
      <w:pPr>
        <w:spacing w:line="384" w:lineRule="auto" w:after="200"/>
        <w:jc w:val="both"/>
      </w:pPr>
      <w:r>
        <w:rPr>
          <w:rFonts w:ascii="Times New Roman" w:hAnsi="Times New Roman"/>
          <w:b/>
          <w:sz w:val="24"/>
        </w:rPr>
        <w:t>Repository:</w:t>
      </w:r>
      <w:r>
        <w:rPr>
          <w:rFonts w:ascii="Times New Roman" w:hAnsi="Times New Roman"/>
          <w:sz w:val="24"/>
        </w:rPr>
        <w:t xml:space="preserve"> https://github.com/AgenticGovernance/tractatus</w:t>
      </w:r>
    </w:p>
    <w:p/>
    <w:p>
      <w:pPr>
        <w:spacing w:before="360" w:after="200"/>
      </w:pPr>
      <w:r>
        <w:rPr>
          <w:rFonts w:ascii="Times New Roman" w:hAnsi="Times New Roman"/>
          <w:b/>
          <w:color w:val="1976D2"/>
          <w:sz w:val="36"/>
        </w:rPr>
        <w:t>License</w:t>
      </w:r>
    </w:p>
    <w:p>
      <w:pPr>
        <w:spacing w:line="384" w:lineRule="auto" w:after="200"/>
        <w:jc w:val="both"/>
      </w:pPr>
      <w:r>
        <w:rPr>
          <w:rFonts w:ascii="Times New Roman" w:hAnsi="Times New Roman"/>
          <w:sz w:val="24"/>
        </w:rPr>
        <w:t>Copyright 2025 Agentic Governance Initiative</w:t>
      </w:r>
    </w:p>
    <w:p>
      <w:pPr>
        <w:spacing w:line="384" w:lineRule="auto" w:after="200"/>
        <w:jc w:val="both"/>
      </w:pPr>
      <w:r>
        <w:rPr>
          <w:rFonts w:ascii="Times New Roman" w:hAnsi="Times New Roman"/>
          <w:sz w:val="24"/>
        </w:rPr>
        <w:t>Licensed under the Apache License, Version 2.0 (the "License"); you may not use this file except in compliance with the License. You may obtain a copy of the License at:</w:t>
      </w:r>
    </w:p>
    <w:p>
      <w:pPr>
        <w:spacing w:line="384" w:lineRule="auto" w:after="200"/>
        <w:jc w:val="both"/>
      </w:pPr>
      <w:r>
        <w:rPr>
          <w:rFonts w:ascii="Times New Roman" w:hAnsi="Times New Roman"/>
          <w:sz w:val="24"/>
        </w:rPr>
        <w:t>http://www.apache.org/licenses/LICENSE-2.0</w:t>
      </w:r>
    </w:p>
    <w:p>
      <w:pPr>
        <w:spacing w:line="384" w:lineRule="auto" w:after="200"/>
        <w:jc w:val="both"/>
      </w:pPr>
      <w:r>
        <w:rPr>
          <w:rFonts w:ascii="Times New Roman" w:hAnsi="Times New Roman"/>
          <w:sz w:val="24"/>
        </w:rPr>
        <w:t>Unless required by applicable law or agreed to in writing, software distributed under the License is distributed on an "AS IS" BASIS, WITHOUT WARRANTIES OR CONDITIONS OF ANY KIND, either express or implied. See the License for the specific language governing permissions and limitations under the License.</w:t>
      </w:r>
    </w:p>
    <w:p>
      <w:pPr>
        <w:spacing w:line="384" w:lineRule="auto" w:after="200"/>
        <w:jc w:val="both"/>
      </w:pPr>
      <w:r>
        <w:rPr>
          <w:rFonts w:ascii="Times New Roman" w:hAnsi="Times New Roman"/>
          <w:b/>
          <w:sz w:val="24"/>
        </w:rPr>
        <w:t>Summary:</w:t>
      </w:r>
    </w:p>
    <w:p>
      <w:pPr>
        <w:pStyle w:val="ListBullet"/>
        <w:spacing w:line="276" w:lineRule="auto"/>
      </w:pPr>
      <w:r>
        <w:rPr>
          <w:rFonts w:ascii="Times New Roman" w:hAnsi="Times New Roman"/>
          <w:sz w:val="24"/>
        </w:rPr>
        <w:t>✅ Commercial use allowed</w:t>
      </w:r>
    </w:p>
    <w:p>
      <w:pPr>
        <w:pStyle w:val="ListBullet"/>
        <w:spacing w:line="276" w:lineRule="auto"/>
      </w:pPr>
      <w:r>
        <w:rPr>
          <w:rFonts w:ascii="Times New Roman" w:hAnsi="Times New Roman"/>
          <w:sz w:val="24"/>
        </w:rPr>
        <w:t>✅ Modification allowed</w:t>
      </w:r>
    </w:p>
    <w:p>
      <w:pPr>
        <w:pStyle w:val="ListBullet"/>
        <w:spacing w:line="276" w:lineRule="auto"/>
      </w:pPr>
      <w:r>
        <w:rPr>
          <w:rFonts w:ascii="Times New Roman" w:hAnsi="Times New Roman"/>
          <w:sz w:val="24"/>
        </w:rPr>
        <w:t>✅ Distribution allowed</w:t>
      </w:r>
    </w:p>
    <w:p>
      <w:pPr>
        <w:pStyle w:val="ListBullet"/>
        <w:spacing w:line="276" w:lineRule="auto"/>
      </w:pPr>
      <w:r>
        <w:rPr>
          <w:rFonts w:ascii="Times New Roman" w:hAnsi="Times New Roman"/>
          <w:sz w:val="24"/>
        </w:rPr>
        <w:t>✅ Patent grant included</w:t>
      </w:r>
    </w:p>
    <w:p>
      <w:pPr>
        <w:pStyle w:val="ListBullet"/>
        <w:spacing w:line="276" w:lineRule="auto"/>
      </w:pPr>
      <w:r>
        <w:rPr>
          <w:rFonts w:ascii="Times New Roman" w:hAnsi="Times New Roman"/>
          <w:sz w:val="24"/>
        </w:rPr>
        <w:t>✅ Private use allowed</w:t>
      </w:r>
    </w:p>
    <w:p>
      <w:pPr>
        <w:pStyle w:val="ListBullet"/>
        <w:spacing w:line="276" w:lineRule="auto"/>
      </w:pPr>
      <w:r>
        <w:rPr>
          <w:rFonts w:ascii="Times New Roman" w:hAnsi="Times New Roman"/>
          <w:sz w:val="24"/>
        </w:rPr>
        <w:t>⚠️ Must include license and copyright notice</w:t>
      </w:r>
    </w:p>
    <w:p>
      <w:pPr>
        <w:pStyle w:val="ListBullet"/>
        <w:spacing w:line="276" w:lineRule="auto"/>
      </w:pPr>
      <w:r>
        <w:rPr>
          <w:rFonts w:ascii="Times New Roman" w:hAnsi="Times New Roman"/>
          <w:sz w:val="24"/>
        </w:rPr>
        <w:t>⚠️ Must state significant changes</w:t>
      </w:r>
    </w:p>
    <w:p>
      <w:pPr>
        <w:pStyle w:val="ListBullet"/>
        <w:spacing w:line="276" w:lineRule="auto"/>
      </w:pPr>
      <w:r>
        <w:rPr>
          <w:rFonts w:ascii="Times New Roman" w:hAnsi="Times New Roman"/>
          <w:sz w:val="24"/>
        </w:rPr>
        <w:t>❌ No trademark rights granted</w:t>
      </w:r>
    </w:p>
    <w:p>
      <w:pPr>
        <w:pStyle w:val="ListBullet"/>
        <w:spacing w:line="276" w:lineRule="auto"/>
      </w:pPr>
      <w:r>
        <w:rPr>
          <w:rFonts w:ascii="Times New Roman" w:hAnsi="Times New Roman"/>
          <w:sz w:val="24"/>
        </w:rPr>
        <w:t>❌ No liability or warranty</w:t>
      </w:r>
    </w:p>
    <w:p/>
    <w:p>
      <w:pPr>
        <w:spacing w:before="360" w:after="200"/>
      </w:pPr>
      <w:r>
        <w:rPr>
          <w:rFonts w:ascii="Times New Roman" w:hAnsi="Times New Roman"/>
          <w:b/>
          <w:color w:val="1976D2"/>
          <w:sz w:val="36"/>
        </w:rPr>
        <w:t>Document Metadata</w:t>
      </w:r>
    </w:p>
    <w:p>
      <w:pPr>
        <w:spacing w:line="384" w:lineRule="auto" w:after="200"/>
        <w:jc w:val="both"/>
      </w:pPr>
      <w:r>
        <w:rPr>
          <w:rFonts w:ascii="Times New Roman" w:hAnsi="Times New Roman"/>
          <w:sz w:val="24"/>
        </w:rPr>
        <w:t>&lt;div class="document-metadata"&gt;</w:t>
      </w:r>
    </w:p>
    <w:p>
      <w:pPr>
        <w:pStyle w:val="ListBullet"/>
        <w:spacing w:line="276" w:lineRule="auto"/>
      </w:pPr>
      <w:r>
        <w:rPr>
          <w:rFonts w:ascii="Times New Roman" w:hAnsi="Times New Roman"/>
          <w:b/>
          <w:sz w:val="24"/>
        </w:rPr>
        <w:t>Version:</w:t>
      </w:r>
      <w:r>
        <w:rPr>
          <w:rFonts w:ascii="Times New Roman" w:hAnsi="Times New Roman"/>
          <w:sz w:val="24"/>
        </w:rPr>
        <w:t xml:space="preserve"> 1.0 (Prose Edition)</w:t>
      </w:r>
    </w:p>
    <w:p>
      <w:pPr>
        <w:pStyle w:val="ListBullet"/>
        <w:spacing w:line="276" w:lineRule="auto"/>
      </w:pPr>
      <w:r>
        <w:rPr>
          <w:rFonts w:ascii="Times New Roman" w:hAnsi="Times New Roman"/>
          <w:b/>
          <w:sz w:val="24"/>
        </w:rPr>
        <w:t>Created:</w:t>
      </w:r>
      <w:r>
        <w:rPr>
          <w:rFonts w:ascii="Times New Roman" w:hAnsi="Times New Roman"/>
          <w:sz w:val="24"/>
        </w:rPr>
        <w:t xml:space="preserve"> 2025-10-17</w:t>
      </w:r>
    </w:p>
    <w:p>
      <w:pPr>
        <w:pStyle w:val="ListBullet"/>
        <w:spacing w:line="276" w:lineRule="auto"/>
      </w:pPr>
      <w:r>
        <w:rPr>
          <w:rFonts w:ascii="Times New Roman" w:hAnsi="Times New Roman"/>
          <w:b/>
          <w:sz w:val="24"/>
        </w:rPr>
        <w:t>Last Modified:</w:t>
      </w:r>
      <w:r>
        <w:rPr>
          <w:rFonts w:ascii="Times New Roman" w:hAnsi="Times New Roman"/>
          <w:sz w:val="24"/>
        </w:rPr>
        <w:t xml:space="preserve"> 2025-10-17</w:t>
      </w:r>
    </w:p>
    <w:p>
      <w:pPr>
        <w:pStyle w:val="ListBullet"/>
        <w:spacing w:line="276" w:lineRule="auto"/>
      </w:pPr>
      <w:r>
        <w:rPr>
          <w:rFonts w:ascii="Times New Roman" w:hAnsi="Times New Roman"/>
          <w:b/>
          <w:sz w:val="24"/>
        </w:rPr>
        <w:t>Author:</w:t>
      </w:r>
      <w:r>
        <w:rPr>
          <w:rFonts w:ascii="Times New Roman" w:hAnsi="Times New Roman"/>
          <w:sz w:val="24"/>
        </w:rPr>
        <w:t xml:space="preserve"> Agentic Governance Research Team</w:t>
      </w:r>
    </w:p>
    <w:p>
      <w:pPr>
        <w:pStyle w:val="ListBullet"/>
        <w:spacing w:line="276" w:lineRule="auto"/>
      </w:pPr>
      <w:r>
        <w:rPr>
          <w:rFonts w:ascii="Times New Roman" w:hAnsi="Times New Roman"/>
          <w:b/>
          <w:sz w:val="24"/>
        </w:rPr>
        <w:t>Word Count:</w:t>
      </w:r>
      <w:r>
        <w:rPr>
          <w:rFonts w:ascii="Times New Roman" w:hAnsi="Times New Roman"/>
          <w:sz w:val="24"/>
        </w:rPr>
        <w:t xml:space="preserve"> ~8,500 words</w:t>
      </w:r>
    </w:p>
    <w:p>
      <w:pPr>
        <w:pStyle w:val="ListBullet"/>
        <w:spacing w:line="276" w:lineRule="auto"/>
      </w:pPr>
      <w:r>
        <w:rPr>
          <w:rFonts w:ascii="Times New Roman" w:hAnsi="Times New Roman"/>
          <w:b/>
          <w:sz w:val="24"/>
        </w:rPr>
        <w:t>Reading Time:</w:t>
      </w:r>
      <w:r>
        <w:rPr>
          <w:rFonts w:ascii="Times New Roman" w:hAnsi="Times New Roman"/>
          <w:sz w:val="24"/>
        </w:rPr>
        <w:t xml:space="preserve"> ~42 minutes</w:t>
      </w:r>
    </w:p>
    <w:p>
      <w:pPr>
        <w:pStyle w:val="ListBullet"/>
        <w:spacing w:line="276" w:lineRule="auto"/>
      </w:pPr>
      <w:r>
        <w:rPr>
          <w:rFonts w:ascii="Times New Roman" w:hAnsi="Times New Roman"/>
          <w:b/>
          <w:sz w:val="24"/>
        </w:rPr>
        <w:t>Document ID:</w:t>
      </w:r>
      <w:r>
        <w:rPr>
          <w:rFonts w:ascii="Times New Roman" w:hAnsi="Times New Roman"/>
          <w:sz w:val="24"/>
        </w:rPr>
        <w:t xml:space="preserve"> architectural-safeguards-against-llm-hierarchical-dominance-prose</w:t>
      </w:r>
    </w:p>
    <w:p>
      <w:pPr>
        <w:pStyle w:val="ListBullet"/>
        <w:spacing w:line="276" w:lineRule="auto"/>
      </w:pPr>
      <w:r>
        <w:rPr>
          <w:rFonts w:ascii="Times New Roman" w:hAnsi="Times New Roman"/>
          <w:b/>
          <w:sz w:val="24"/>
        </w:rPr>
        <w:t>Status:</w:t>
      </w:r>
      <w:r>
        <w:rPr>
          <w:rFonts w:ascii="Times New Roman" w:hAnsi="Times New Roman"/>
          <w:sz w:val="24"/>
        </w:rPr>
        <w:t xml:space="preserve"> Active - Open for Review and Challenge</w:t>
      </w:r>
    </w:p>
    <w:p>
      <w:pPr>
        <w:spacing w:line="384" w:lineRule="auto" w:after="200"/>
        <w:jc w:val="both"/>
      </w:pPr>
      <w:r>
        <w:rPr>
          <w:rFonts w:ascii="Times New Roman" w:hAnsi="Times New Roman"/>
          <w:sz w:val="24"/>
        </w:rPr>
        <w:t>&lt;/div&gt;</w:t>
      </w:r>
    </w:p>
    <w:p/>
    <w:p>
      <w:pPr>
        <w:spacing w:before="360" w:after="200"/>
      </w:pPr>
      <w:r>
        <w:rPr>
          <w:rFonts w:ascii="Times New Roman" w:hAnsi="Times New Roman"/>
          <w:b/>
          <w:color w:val="1976D2"/>
          <w:sz w:val="36"/>
        </w:rPr>
        <w:t>Appendix A: Comparison to Other AI Governance Approaches</w:t>
      </w:r>
    </w:p>
    <w:p>
      <w:pPr>
        <w:spacing w:line="384" w:lineRule="auto" w:after="200"/>
        <w:jc w:val="both"/>
      </w:pPr>
      <w:r>
        <w:rPr>
          <w:rFonts w:ascii="Times New Roman" w:hAnsi="Times New Roman"/>
          <w:sz w:val="24"/>
        </w:rPr>
        <w:t>| Approach | How It Handles LLM Dominance | Strengths | Weaknesses | Tractatus Difference |</w:t>
      </w:r>
    </w:p>
    <w:p>
      <w:pPr>
        <w:spacing w:line="384" w:lineRule="auto" w:after="200"/>
        <w:jc w:val="both"/>
      </w:pPr>
      <w:r>
        <w:rPr>
          <w:rFonts w:ascii="Times New Roman" w:hAnsi="Times New Roman"/>
          <w:sz w:val="24"/>
        </w:rPr>
        <w:t>|----------|------------------------------|-----------|------------|---------------------|</w:t>
      </w:r>
    </w:p>
    <w:p>
      <w:pPr>
        <w:spacing w:line="384" w:lineRule="auto" w:after="200"/>
        <w:jc w:val="both"/>
      </w:pPr>
      <w:r>
        <w:rPr>
          <w:rFonts w:ascii="Times New Roman" w:hAnsi="Times New Roman"/>
          <w:sz w:val="24"/>
        </w:rPr>
        <w:t xml:space="preserve">| </w:t>
      </w:r>
      <w:r>
        <w:rPr>
          <w:rFonts w:ascii="Times New Roman" w:hAnsi="Times New Roman"/>
          <w:b/>
          <w:sz w:val="24"/>
        </w:rPr>
        <w:t>Constitutional AI</w:t>
      </w:r>
      <w:r>
        <w:rPr>
          <w:rFonts w:ascii="Times New Roman" w:hAnsi="Times New Roman"/>
          <w:sz w:val="24"/>
        </w:rPr>
        <w:t xml:space="preserve"> (Anthropic) | Encodes single constitution via RLHF | Consistent values, scalable | Single value hierarchy, no pluralism | Tractatus: Multiple value frameworks, user decides |</w:t>
      </w:r>
    </w:p>
    <w:p>
      <w:pPr>
        <w:spacing w:line="384" w:lineRule="auto" w:after="200"/>
        <w:jc w:val="both"/>
      </w:pPr>
      <w:r>
        <w:rPr>
          <w:rFonts w:ascii="Times New Roman" w:hAnsi="Times New Roman"/>
          <w:sz w:val="24"/>
        </w:rPr>
        <w:t xml:space="preserve">| </w:t>
      </w:r>
      <w:r>
        <w:rPr>
          <w:rFonts w:ascii="Times New Roman" w:hAnsi="Times New Roman"/>
          <w:b/>
          <w:sz w:val="24"/>
        </w:rPr>
        <w:t>RLHF</w:t>
      </w:r>
      <w:r>
        <w:rPr>
          <w:rFonts w:ascii="Times New Roman" w:hAnsi="Times New Roman"/>
          <w:sz w:val="24"/>
        </w:rPr>
        <w:t xml:space="preserve"> (OpenAI, Anthropic) | Aggregates human preferences into reward model | Learns from humans, improves over time | Majority preferences dominate, minority suppressed | Tractatus: Minority protections, dissent documented |</w:t>
      </w:r>
    </w:p>
    <w:p>
      <w:pPr>
        <w:spacing w:line="384" w:lineRule="auto" w:after="200"/>
        <w:jc w:val="both"/>
      </w:pPr>
      <w:r>
        <w:rPr>
          <w:rFonts w:ascii="Times New Roman" w:hAnsi="Times New Roman"/>
          <w:sz w:val="24"/>
        </w:rPr>
        <w:t xml:space="preserve">| </w:t>
      </w:r>
      <w:r>
        <w:rPr>
          <w:rFonts w:ascii="Times New Roman" w:hAnsi="Times New Roman"/>
          <w:b/>
          <w:sz w:val="24"/>
        </w:rPr>
        <w:t>Debate/Amplification</w:t>
      </w:r>
      <w:r>
        <w:rPr>
          <w:rFonts w:ascii="Times New Roman" w:hAnsi="Times New Roman"/>
          <w:sz w:val="24"/>
        </w:rPr>
        <w:t xml:space="preserve"> (OpenAI) | Two AIs argue, human judges | Surfaces multiple perspectives | Judge still picks winner (hierarchy) | Tractatus: Accommodation (not winning), moral remainders |</w:t>
      </w:r>
    </w:p>
    <w:p>
      <w:pPr>
        <w:spacing w:line="384" w:lineRule="auto" w:after="200"/>
        <w:jc w:val="both"/>
      </w:pPr>
      <w:r>
        <w:rPr>
          <w:rFonts w:ascii="Times New Roman" w:hAnsi="Times New Roman"/>
          <w:sz w:val="24"/>
        </w:rPr>
        <w:t xml:space="preserve">| </w:t>
      </w:r>
      <w:r>
        <w:rPr>
          <w:rFonts w:ascii="Times New Roman" w:hAnsi="Times New Roman"/>
          <w:b/>
          <w:sz w:val="24"/>
        </w:rPr>
        <w:t>Instruction Following</w:t>
      </w:r>
      <w:r>
        <w:rPr>
          <w:rFonts w:ascii="Times New Roman" w:hAnsi="Times New Roman"/>
          <w:sz w:val="24"/>
        </w:rPr>
        <w:t xml:space="preserve"> (All LLMs) | LLM tries to follow user instructions exactly | User control | No protection against harmful instructions | Tractatus: Boundaries block harm, deliberation for values |</w:t>
      </w:r>
    </w:p>
    <w:p>
      <w:pPr>
        <w:spacing w:line="384" w:lineRule="auto" w:after="200"/>
        <w:jc w:val="both"/>
      </w:pPr>
      <w:r>
        <w:rPr>
          <w:rFonts w:ascii="Times New Roman" w:hAnsi="Times New Roman"/>
          <w:sz w:val="24"/>
        </w:rPr>
        <w:t xml:space="preserve">| </w:t>
      </w:r>
      <w:r>
        <w:rPr>
          <w:rFonts w:ascii="Times New Roman" w:hAnsi="Times New Roman"/>
          <w:b/>
          <w:sz w:val="24"/>
        </w:rPr>
        <w:t>Value Learning</w:t>
      </w:r>
      <w:r>
        <w:rPr>
          <w:rFonts w:ascii="Times New Roman" w:hAnsi="Times New Roman"/>
          <w:sz w:val="24"/>
        </w:rPr>
        <w:t xml:space="preserve"> (IRL, CIRL) | Infer values from user behavior | Adapts to user | Assumes value consistency, fails on conflicts | Tractatus: Embraces value conflicts, doesn't assume consistency |</w:t>
      </w:r>
    </w:p>
    <w:p>
      <w:pPr>
        <w:spacing w:line="384" w:lineRule="auto" w:after="200"/>
        <w:jc w:val="both"/>
      </w:pPr>
      <w:r>
        <w:rPr>
          <w:rFonts w:ascii="Times New Roman" w:hAnsi="Times New Roman"/>
          <w:sz w:val="24"/>
        </w:rPr>
        <w:t xml:space="preserve">| </w:t>
      </w:r>
      <w:r>
        <w:rPr>
          <w:rFonts w:ascii="Times New Roman" w:hAnsi="Times New Roman"/>
          <w:b/>
          <w:sz w:val="24"/>
        </w:rPr>
        <w:t>Democratic AI</w:t>
      </w:r>
      <w:r>
        <w:rPr>
          <w:rFonts w:ascii="Times New Roman" w:hAnsi="Times New Roman"/>
          <w:sz w:val="24"/>
        </w:rPr>
        <w:t xml:space="preserve"> (Anthropic Collective, Polis) | Large-scale voting, consensus-seeking | Inclusive, scales to many people | Consensus can suppress minority | Tractatus: Accommodation (not consensus), dissent preserved |</w:t>
      </w:r>
    </w:p>
    <w:p>
      <w:pPr>
        <w:spacing w:line="384" w:lineRule="auto" w:after="200"/>
        <w:jc w:val="both"/>
      </w:pPr>
      <w:r>
        <w:rPr>
          <w:rFonts w:ascii="Times New Roman" w:hAnsi="Times New Roman"/>
          <w:sz w:val="24"/>
        </w:rPr>
        <w:t xml:space="preserve">| </w:t>
      </w:r>
      <w:r>
        <w:rPr>
          <w:rFonts w:ascii="Times New Roman" w:hAnsi="Times New Roman"/>
          <w:b/>
          <w:sz w:val="24"/>
        </w:rPr>
        <w:t>Moral Uncertainty</w:t>
      </w:r>
      <w:r>
        <w:rPr>
          <w:rFonts w:ascii="Times New Roman" w:hAnsi="Times New Roman"/>
          <w:sz w:val="24"/>
        </w:rPr>
        <w:t xml:space="preserve"> (GovAI research) | AI expresses uncertainty about values | Honest about limits | Doesn't help user navigate uncertainty | Tractatus: Structured deliberation to explore uncertainty |</w:t>
      </w:r>
    </w:p>
    <w:p>
      <w:pPr>
        <w:spacing w:line="384" w:lineRule="auto" w:after="200"/>
        <w:jc w:val="both"/>
      </w:pPr>
      <w:r>
        <w:rPr>
          <w:rFonts w:ascii="Times New Roman" w:hAnsi="Times New Roman"/>
          <w:b/>
          <w:sz w:val="24"/>
        </w:rPr>
        <w:t>Key Difference:</w:t>
      </w:r>
      <w:r>
        <w:rPr>
          <w:rFonts w:ascii="Times New Roman" w:hAnsi="Times New Roman"/>
          <w:sz w:val="24"/>
        </w:rPr>
        <w:t xml:space="preserve"> Tractatus combines:</w:t>
      </w:r>
    </w:p>
    <w:p>
      <w:pPr>
        <w:pStyle w:val="ListBullet"/>
        <w:spacing w:line="276" w:lineRule="auto"/>
      </w:pPr>
      <w:r>
        <w:rPr>
          <w:rFonts w:ascii="Times New Roman" w:hAnsi="Times New Roman"/>
          <w:sz w:val="24"/>
        </w:rPr>
        <w:t>Harm prevention (like Constitutional AI)</w:t>
      </w:r>
    </w:p>
    <w:p>
      <w:pPr>
        <w:pStyle w:val="ListBullet"/>
        <w:spacing w:line="276" w:lineRule="auto"/>
      </w:pPr>
      <w:r>
        <w:rPr>
          <w:rFonts w:ascii="Times New Roman" w:hAnsi="Times New Roman"/>
          <w:sz w:val="24"/>
        </w:rPr>
        <w:t>User sovereignty (like Instruction Following)</w:t>
      </w:r>
    </w:p>
    <w:p>
      <w:pPr>
        <w:pStyle w:val="ListBullet"/>
        <w:spacing w:line="276" w:lineRule="auto"/>
      </w:pPr>
      <w:r>
        <w:rPr>
          <w:rFonts w:ascii="Times New Roman" w:hAnsi="Times New Roman"/>
          <w:sz w:val="24"/>
        </w:rPr>
        <w:t>Pluralism (like Debate)</w:t>
      </w:r>
    </w:p>
    <w:p>
      <w:pPr>
        <w:pStyle w:val="ListBullet"/>
        <w:spacing w:line="276" w:lineRule="auto"/>
      </w:pPr>
      <w:r>
        <w:rPr>
          <w:rFonts w:ascii="Times New Roman" w:hAnsi="Times New Roman"/>
          <w:sz w:val="24"/>
        </w:rPr>
        <w:t>Minority protection (better than Democratic AI)</w:t>
      </w:r>
    </w:p>
    <w:p>
      <w:pPr>
        <w:pStyle w:val="ListBullet"/>
        <w:spacing w:line="276" w:lineRule="auto"/>
      </w:pPr>
      <w:r>
        <w:rPr>
          <w:rFonts w:ascii="Times New Roman" w:hAnsi="Times New Roman"/>
          <w:sz w:val="24"/>
        </w:rPr>
        <w:t>Structural constraints (unlike RLHF, which relies on training)</w:t>
      </w:r>
    </w:p>
    <w:p/>
    <w:p>
      <w:pPr>
        <w:spacing w:before="360" w:after="200"/>
      </w:pPr>
      <w:r>
        <w:rPr>
          <w:rFonts w:ascii="Times New Roman" w:hAnsi="Times New Roman"/>
          <w:b/>
          <w:color w:val="1976D2"/>
          <w:sz w:val="36"/>
        </w:rPr>
        <w:t>Appendix B: Red-Team Scenarios (Adversarial Testing)</w:t>
      </w:r>
    </w:p>
    <w:p>
      <w:pPr>
        <w:spacing w:before="280" w:after="160"/>
      </w:pPr>
      <w:r>
        <w:rPr>
          <w:rFonts w:ascii="Times New Roman" w:hAnsi="Times New Roman"/>
          <w:b/>
          <w:color w:val="424242"/>
          <w:sz w:val="28"/>
        </w:rPr>
        <w:t>Scenario 1: Subtle Framing Bias</w:t>
      </w:r>
    </w:p>
    <w:p>
      <w:pPr>
        <w:spacing w:line="384" w:lineRule="auto" w:after="200"/>
        <w:jc w:val="both"/>
      </w:pPr>
      <w:r>
        <w:rPr>
          <w:rFonts w:ascii="Times New Roman" w:hAnsi="Times New Roman"/>
          <w:b/>
          <w:sz w:val="24"/>
        </w:rPr>
        <w:t>Attack:</w:t>
      </w:r>
      <w:r>
        <w:rPr>
          <w:rFonts w:ascii="Times New Roman" w:hAnsi="Times New Roman"/>
          <w:sz w:val="24"/>
        </w:rPr>
        <w:t xml:space="preserve"> LLM uses subtle language to favor one option without triggering vocabulary detector.</w:t>
      </w:r>
    </w:p>
    <w:p>
      <w:pPr>
        <w:spacing w:line="384" w:lineRule="auto" w:after="200"/>
        <w:jc w:val="both"/>
      </w:pPr>
      <w:r>
        <w:rPr>
          <w:rFonts w:ascii="Times New Roman" w:hAnsi="Times New Roman"/>
          <w:b/>
          <w:sz w:val="24"/>
        </w:rPr>
        <w:t>Example:</w:t>
      </w:r>
    </w:p>
    <w:p>
      <w:pPr>
        <w:pStyle w:val="ListBullet"/>
        <w:spacing w:line="276" w:lineRule="auto"/>
      </w:pPr>
      <w:r>
        <w:rPr>
          <w:rFonts w:ascii="Times New Roman" w:hAnsi="Times New Roman"/>
          <w:sz w:val="24"/>
        </w:rPr>
        <w:t>Option A (disfavored): "Skip tests this time. Deploy immediately."</w:t>
      </w:r>
    </w:p>
    <w:p>
      <w:pPr>
        <w:pStyle w:val="ListBullet"/>
        <w:spacing w:line="276" w:lineRule="auto"/>
      </w:pPr>
      <w:r>
        <w:rPr>
          <w:rFonts w:ascii="Times New Roman" w:hAnsi="Times New Roman"/>
          <w:sz w:val="24"/>
        </w:rPr>
        <w:t>Option B (favored): "Skip tests this time, allowing you to deploy immediately while maintaining future test discipline."</w:t>
      </w:r>
    </w:p>
    <w:p>
      <w:pPr>
        <w:spacing w:line="384" w:lineRule="auto" w:after="200"/>
        <w:jc w:val="both"/>
      </w:pPr>
      <w:r>
        <w:rPr>
          <w:rFonts w:ascii="Times New Roman" w:hAnsi="Times New Roman"/>
          <w:b/>
          <w:sz w:val="24"/>
        </w:rPr>
        <w:t>Detection Challenge:</w:t>
      </w:r>
      <w:r>
        <w:rPr>
          <w:rFonts w:ascii="Times New Roman" w:hAnsi="Times New Roman"/>
          <w:sz w:val="24"/>
        </w:rPr>
        <w:t xml:space="preserve"> Both use same words, but Option B adds positive framing ("maintaining future discipline").</w:t>
      </w:r>
    </w:p>
    <w:p>
      <w:pPr>
        <w:spacing w:line="384" w:lineRule="auto" w:after="200"/>
        <w:jc w:val="both"/>
      </w:pPr>
      <w:r>
        <w:rPr>
          <w:rFonts w:ascii="Times New Roman" w:hAnsi="Times New Roman"/>
          <w:b/>
          <w:sz w:val="24"/>
        </w:rPr>
        <w:t>Proposed Defense:</w:t>
      </w:r>
    </w:p>
    <w:p>
      <w:pPr>
        <w:pStyle w:val="ListBullet"/>
        <w:spacing w:line="276" w:lineRule="auto"/>
      </w:pPr>
      <w:r>
        <w:rPr>
          <w:rFonts w:ascii="Times New Roman" w:hAnsi="Times New Roman"/>
          <w:sz w:val="24"/>
        </w:rPr>
        <w:t>Semantic similarity analysis (do options have equal positive framing?)</w:t>
      </w:r>
    </w:p>
    <w:p>
      <w:pPr>
        <w:pStyle w:val="ListBullet"/>
        <w:spacing w:line="276" w:lineRule="auto"/>
      </w:pPr>
      <w:r>
        <w:rPr>
          <w:rFonts w:ascii="Times New Roman" w:hAnsi="Times New Roman"/>
          <w:sz w:val="24"/>
        </w:rPr>
        <w:t>A/B testing with users (does framing affect choice rates?)</w:t>
      </w:r>
    </w:p>
    <w:p/>
    <w:p>
      <w:pPr>
        <w:spacing w:before="280" w:after="160"/>
      </w:pPr>
      <w:r>
        <w:rPr>
          <w:rFonts w:ascii="Times New Roman" w:hAnsi="Times New Roman"/>
          <w:b/>
          <w:color w:val="424242"/>
          <w:sz w:val="28"/>
        </w:rPr>
        <w:t>Scenario 2: Accommodation Omission</w:t>
      </w:r>
    </w:p>
    <w:p>
      <w:pPr>
        <w:spacing w:line="384" w:lineRule="auto" w:after="200"/>
        <w:jc w:val="both"/>
      </w:pPr>
      <w:r>
        <w:rPr>
          <w:rFonts w:ascii="Times New Roman" w:hAnsi="Times New Roman"/>
          <w:b/>
          <w:sz w:val="24"/>
        </w:rPr>
        <w:t>Attack:</w:t>
      </w:r>
      <w:r>
        <w:rPr>
          <w:rFonts w:ascii="Times New Roman" w:hAnsi="Times New Roman"/>
          <w:sz w:val="24"/>
        </w:rPr>
        <w:t xml:space="preserve"> LLM "forgets" to generate accommodation favoring minority value.</w:t>
      </w:r>
    </w:p>
    <w:p>
      <w:pPr>
        <w:spacing w:line="384" w:lineRule="auto" w:after="200"/>
        <w:jc w:val="both"/>
      </w:pPr>
      <w:r>
        <w:rPr>
          <w:rFonts w:ascii="Times New Roman" w:hAnsi="Times New Roman"/>
          <w:b/>
          <w:sz w:val="24"/>
        </w:rPr>
        <w:t>Example:</w:t>
      </w:r>
      <w:r>
        <w:rPr>
          <w:rFonts w:ascii="Times New Roman" w:hAnsi="Times New Roman"/>
          <w:sz w:val="24"/>
        </w:rPr>
        <w:t xml:space="preserve"> In CSP conflict, generates 4 options all favoring security, none favoring pure efficiency.</w:t>
      </w:r>
    </w:p>
    <w:p>
      <w:pPr>
        <w:spacing w:line="384" w:lineRule="auto" w:after="200"/>
        <w:jc w:val="both"/>
      </w:pPr>
      <w:r>
        <w:rPr>
          <w:rFonts w:ascii="Times New Roman" w:hAnsi="Times New Roman"/>
          <w:b/>
          <w:sz w:val="24"/>
        </w:rPr>
        <w:t>Detection:</w:t>
      </w:r>
    </w:p>
    <w:p>
      <w:pPr>
        <w:pStyle w:val="ListBullet"/>
        <w:spacing w:line="276" w:lineRule="auto"/>
      </w:pPr>
      <w:r>
        <w:rPr>
          <w:rFonts w:ascii="Times New Roman" w:hAnsi="Times New Roman"/>
          <w:sz w:val="24"/>
        </w:rPr>
        <w:t>Value distribution checker (flags if one value missing)</w:t>
      </w:r>
    </w:p>
    <w:p>
      <w:pPr>
        <w:pStyle w:val="ListBullet"/>
        <w:spacing w:line="276" w:lineRule="auto"/>
      </w:pPr>
      <w:r>
        <w:rPr>
          <w:rFonts w:ascii="Times New Roman" w:hAnsi="Times New Roman"/>
          <w:sz w:val="24"/>
        </w:rPr>
        <w:t>Mandatory accommodation for each stakeholder (code enforces)</w:t>
      </w:r>
    </w:p>
    <w:p>
      <w:pPr>
        <w:spacing w:line="384" w:lineRule="auto" w:after="200"/>
        <w:jc w:val="both"/>
      </w:pPr>
      <w:r>
        <w:rPr>
          <w:rFonts w:ascii="Times New Roman" w:hAnsi="Times New Roman"/>
          <w:b/>
          <w:sz w:val="24"/>
        </w:rPr>
        <w:t>Proposed Defense:</w:t>
      </w:r>
      <w:r>
        <w:rPr>
          <w:rFonts w:ascii="Times New Roman" w:hAnsi="Times New Roman"/>
          <w:sz w:val="24"/>
        </w:rPr>
        <w:t xml:space="preserve"> The combinatorial accommodation generator ensures all stakeholder value combinations are systematically covered, preventing omissions.</w:t>
      </w:r>
    </w:p>
    <w:p/>
    <w:p>
      <w:pPr>
        <w:spacing w:before="280" w:after="160"/>
      </w:pPr>
      <w:r>
        <w:rPr>
          <w:rFonts w:ascii="Times New Roman" w:hAnsi="Times New Roman"/>
          <w:b/>
          <w:color w:val="424242"/>
          <w:sz w:val="28"/>
        </w:rPr>
        <w:t>Scenario 3: Order Bias Despite Shuffling</w:t>
      </w:r>
    </w:p>
    <w:p>
      <w:pPr>
        <w:spacing w:line="384" w:lineRule="auto" w:after="200"/>
        <w:jc w:val="both"/>
      </w:pPr>
      <w:r>
        <w:rPr>
          <w:rFonts w:ascii="Times New Roman" w:hAnsi="Times New Roman"/>
          <w:b/>
          <w:sz w:val="24"/>
        </w:rPr>
        <w:t>Attack:</w:t>
      </w:r>
      <w:r>
        <w:rPr>
          <w:rFonts w:ascii="Times New Roman" w:hAnsi="Times New Roman"/>
          <w:sz w:val="24"/>
        </w:rPr>
        <w:t xml:space="preserve"> LLM finds way to signal preferred option despite random order.</w:t>
      </w:r>
    </w:p>
    <w:p>
      <w:pPr>
        <w:spacing w:line="384" w:lineRule="auto" w:after="200"/>
        <w:jc w:val="both"/>
      </w:pPr>
      <w:r>
        <w:rPr>
          <w:rFonts w:ascii="Times New Roman" w:hAnsi="Times New Roman"/>
          <w:b/>
          <w:sz w:val="24"/>
        </w:rPr>
        <w:t>Example:</w:t>
      </w:r>
      <w:r>
        <w:rPr>
          <w:rFonts w:ascii="Times New Roman" w:hAnsi="Times New Roman"/>
          <w:sz w:val="24"/>
        </w:rPr>
        <w:t xml:space="preserve"> Uses transition words like "Alternatively..." for disfavored options, "Notably..." for favored option.</w:t>
      </w:r>
    </w:p>
    <w:p>
      <w:pPr>
        <w:spacing w:line="384" w:lineRule="auto" w:after="200"/>
        <w:jc w:val="both"/>
      </w:pPr>
      <w:r>
        <w:rPr>
          <w:rFonts w:ascii="Times New Roman" w:hAnsi="Times New Roman"/>
          <w:b/>
          <w:sz w:val="24"/>
        </w:rPr>
        <w:t>Detection:</w:t>
      </w:r>
    </w:p>
    <w:p>
      <w:pPr>
        <w:pStyle w:val="ListBullet"/>
        <w:spacing w:line="276" w:lineRule="auto"/>
      </w:pPr>
      <w:r>
        <w:rPr>
          <w:rFonts w:ascii="Times New Roman" w:hAnsi="Times New Roman"/>
          <w:sz w:val="24"/>
        </w:rPr>
        <w:t>Transition word analysis (are certain options introduced differently?)</w:t>
      </w:r>
    </w:p>
    <w:p>
      <w:pPr>
        <w:pStyle w:val="ListBullet"/>
        <w:spacing w:line="276" w:lineRule="auto"/>
      </w:pPr>
      <w:r>
        <w:rPr>
          <w:rFonts w:ascii="Times New Roman" w:hAnsi="Times New Roman"/>
          <w:sz w:val="24"/>
        </w:rPr>
        <w:t>User study: Do choice rates vary even with shuffling?</w:t>
      </w:r>
    </w:p>
    <w:p>
      <w:pPr>
        <w:spacing w:line="384" w:lineRule="auto" w:after="200"/>
        <w:jc w:val="both"/>
      </w:pPr>
      <w:r>
        <w:rPr>
          <w:rFonts w:ascii="Times New Roman" w:hAnsi="Times New Roman"/>
          <w:b/>
          <w:sz w:val="24"/>
        </w:rPr>
        <w:t>Proposed Defense:</w:t>
      </w:r>
    </w:p>
    <w:p>
      <w:pPr>
        <w:pStyle w:val="ListBullet"/>
        <w:spacing w:line="276" w:lineRule="auto"/>
      </w:pPr>
      <w:r>
        <w:rPr>
          <w:rFonts w:ascii="Times New Roman" w:hAnsi="Times New Roman"/>
          <w:sz w:val="24"/>
        </w:rPr>
        <w:t>Standardize all option introductions ("Option A:", "Option B:", no transition words)</w:t>
      </w:r>
    </w:p>
    <w:p>
      <w:pPr>
        <w:pStyle w:val="ListBullet"/>
        <w:spacing w:line="276" w:lineRule="auto"/>
      </w:pPr>
      <w:r>
        <w:rPr>
          <w:rFonts w:ascii="Times New Roman" w:hAnsi="Times New Roman"/>
          <w:sz w:val="24"/>
        </w:rPr>
        <w:t>Log transition words in transparency log</w:t>
      </w:r>
    </w:p>
    <w:p/>
    <w:p>
      <w:pPr>
        <w:spacing w:before="360" w:after="200"/>
      </w:pPr>
      <w:r>
        <w:rPr>
          <w:rFonts w:ascii="Times New Roman" w:hAnsi="Times New Roman"/>
          <w:b/>
          <w:color w:val="1976D2"/>
          <w:sz w:val="36"/>
        </w:rPr>
        <w:t>Appendix C: Implementation Checklist</w:t>
      </w:r>
    </w:p>
    <w:p>
      <w:pPr>
        <w:spacing w:line="384" w:lineRule="auto" w:after="200"/>
        <w:jc w:val="both"/>
      </w:pPr>
      <w:r>
        <w:rPr>
          <w:rFonts w:ascii="Times New Roman" w:hAnsi="Times New Roman"/>
          <w:sz w:val="24"/>
        </w:rPr>
        <w:t>For developers implementing Tractatus-style deliberation:</w:t>
      </w:r>
    </w:p>
    <w:p>
      <w:pPr>
        <w:spacing w:line="384" w:lineRule="auto" w:after="200"/>
        <w:jc w:val="both"/>
      </w:pPr>
      <w:r>
        <w:rPr>
          <w:rFonts w:ascii="Times New Roman" w:hAnsi="Times New Roman"/>
          <w:b/>
          <w:sz w:val="24"/>
        </w:rPr>
        <w:t>Phase 1: Boundaries</w:t>
      </w:r>
    </w:p>
    <w:p>
      <w:pPr>
        <w:pStyle w:val="ListBullet"/>
        <w:spacing w:line="276" w:lineRule="auto"/>
      </w:pPr>
      <w:r>
        <w:rPr>
          <w:rFonts w:ascii="Times New Roman" w:hAnsi="Times New Roman"/>
          <w:sz w:val="24"/>
        </w:rPr>
        <w:t>[ ] Define CRITICAL violations (hard blocks, no deliberation)</w:t>
      </w:r>
    </w:p>
    <w:p>
      <w:pPr>
        <w:pStyle w:val="ListBullet"/>
        <w:spacing w:line="276" w:lineRule="auto"/>
      </w:pPr>
      <w:r>
        <w:rPr>
          <w:rFonts w:ascii="Times New Roman" w:hAnsi="Times New Roman"/>
          <w:sz w:val="24"/>
        </w:rPr>
        <w:t>[ ] Implement BoundaryEnforcer component with deterministic pattern matching</w:t>
      </w:r>
    </w:p>
    <w:p>
      <w:pPr>
        <w:pStyle w:val="ListBullet"/>
        <w:spacing w:line="276" w:lineRule="auto"/>
      </w:pPr>
      <w:r>
        <w:rPr>
          <w:rFonts w:ascii="Times New Roman" w:hAnsi="Times New Roman"/>
          <w:sz w:val="24"/>
        </w:rPr>
        <w:t>[ ] Test: Verify LLM cannot bypass boundaries through persuasion</w:t>
      </w:r>
    </w:p>
    <w:p>
      <w:pPr>
        <w:spacing w:line="384" w:lineRule="auto" w:after="200"/>
        <w:jc w:val="both"/>
      </w:pPr>
      <w:r>
        <w:rPr>
          <w:rFonts w:ascii="Times New Roman" w:hAnsi="Times New Roman"/>
          <w:b/>
          <w:sz w:val="24"/>
        </w:rPr>
        <w:t>Phase 2: Stakeholder Identification</w:t>
      </w:r>
    </w:p>
    <w:p>
      <w:pPr>
        <w:pStyle w:val="ListBullet"/>
        <w:spacing w:line="276" w:lineRule="auto"/>
      </w:pPr>
      <w:r>
        <w:rPr>
          <w:rFonts w:ascii="Times New Roman" w:hAnsi="Times New Roman"/>
          <w:sz w:val="24"/>
        </w:rPr>
        <w:t>[ ] Implement data-driven stakeholder selection (not LLM discretion)</w:t>
      </w:r>
    </w:p>
    <w:p>
      <w:pPr>
        <w:pStyle w:val="ListBullet"/>
        <w:spacing w:line="276" w:lineRule="auto"/>
      </w:pPr>
      <w:r>
        <w:rPr>
          <w:rFonts w:ascii="Times New Roman" w:hAnsi="Times New Roman"/>
          <w:sz w:val="24"/>
        </w:rPr>
        <w:t>[ ] Load instruction-history.json, identify HIGH persistence conflicts</w:t>
      </w:r>
    </w:p>
    <w:p>
      <w:pPr>
        <w:pStyle w:val="ListBullet"/>
        <w:spacing w:line="276" w:lineRule="auto"/>
      </w:pPr>
      <w:r>
        <w:rPr>
          <w:rFonts w:ascii="Times New Roman" w:hAnsi="Times New Roman"/>
          <w:sz w:val="24"/>
        </w:rPr>
        <w:t>[ ] Test: Verify mandatory stakeholders always appear</w:t>
      </w:r>
    </w:p>
    <w:p>
      <w:pPr>
        <w:spacing w:line="384" w:lineRule="auto" w:after="200"/>
        <w:jc w:val="both"/>
      </w:pPr>
      <w:r>
        <w:rPr>
          <w:rFonts w:ascii="Times New Roman" w:hAnsi="Times New Roman"/>
          <w:b/>
          <w:sz w:val="24"/>
        </w:rPr>
        <w:t>Phase 3: Accommodation Generation</w:t>
      </w:r>
    </w:p>
    <w:p>
      <w:pPr>
        <w:pStyle w:val="ListBullet"/>
        <w:spacing w:line="276" w:lineRule="auto"/>
      </w:pPr>
      <w:r>
        <w:rPr>
          <w:rFonts w:ascii="Times New Roman" w:hAnsi="Times New Roman"/>
          <w:sz w:val="24"/>
        </w:rPr>
        <w:t>[ ] Implement combinatorial accommodation generator</w:t>
      </w:r>
    </w:p>
    <w:p>
      <w:pPr>
        <w:pStyle w:val="ListBullet"/>
        <w:spacing w:line="276" w:lineRule="auto"/>
      </w:pPr>
      <w:r>
        <w:rPr>
          <w:rFonts w:ascii="Times New Roman" w:hAnsi="Times New Roman"/>
          <w:sz w:val="24"/>
        </w:rPr>
        <w:t>[ ] Ensure all stakeholder value combinations covered</w:t>
      </w:r>
    </w:p>
    <w:p>
      <w:pPr>
        <w:pStyle w:val="ListBullet"/>
        <w:spacing w:line="276" w:lineRule="auto"/>
      </w:pPr>
      <w:r>
        <w:rPr>
          <w:rFonts w:ascii="Times New Roman" w:hAnsi="Times New Roman"/>
          <w:sz w:val="24"/>
        </w:rPr>
        <w:t>[ ] Implement Fisher-Yates shuffling algorithm</w:t>
      </w:r>
    </w:p>
    <w:p>
      <w:pPr>
        <w:pStyle w:val="ListBullet"/>
        <w:spacing w:line="276" w:lineRule="auto"/>
      </w:pPr>
      <w:r>
        <w:rPr>
          <w:rFonts w:ascii="Times New Roman" w:hAnsi="Times New Roman"/>
          <w:sz w:val="24"/>
        </w:rPr>
        <w:t>[ ] Test: Verify value distribution balance</w:t>
      </w:r>
    </w:p>
    <w:p>
      <w:pPr>
        <w:spacing w:line="384" w:lineRule="auto" w:after="200"/>
        <w:jc w:val="both"/>
      </w:pPr>
      <w:r>
        <w:rPr>
          <w:rFonts w:ascii="Times New Roman" w:hAnsi="Times New Roman"/>
          <w:b/>
          <w:sz w:val="24"/>
        </w:rPr>
        <w:t>Phase 4: User Decision</w:t>
      </w:r>
    </w:p>
    <w:p>
      <w:pPr>
        <w:pStyle w:val="ListBullet"/>
        <w:spacing w:line="276" w:lineRule="auto"/>
      </w:pPr>
      <w:r>
        <w:rPr>
          <w:rFonts w:ascii="Times New Roman" w:hAnsi="Times New Roman"/>
          <w:sz w:val="24"/>
        </w:rPr>
        <w:t>[ ] Disable LLM recommendations by default</w:t>
      </w:r>
    </w:p>
    <w:p>
      <w:pPr>
        <w:pStyle w:val="ListBullet"/>
        <w:spacing w:line="276" w:lineRule="auto"/>
      </w:pPr>
      <w:r>
        <w:rPr>
          <w:rFonts w:ascii="Times New Roman" w:hAnsi="Times New Roman"/>
          <w:sz w:val="24"/>
        </w:rPr>
        <w:t>[ ] Refuse user attempts to defer decision</w:t>
      </w:r>
    </w:p>
    <w:p>
      <w:pPr>
        <w:pStyle w:val="ListBullet"/>
        <w:spacing w:line="276" w:lineRule="auto"/>
      </w:pPr>
      <w:r>
        <w:rPr>
          <w:rFonts w:ascii="Times New Roman" w:hAnsi="Times New Roman"/>
          <w:sz w:val="24"/>
        </w:rPr>
        <w:t>[ ] Require explicit user choice + rationale</w:t>
      </w:r>
    </w:p>
    <w:p>
      <w:pPr>
        <w:pStyle w:val="ListBullet"/>
        <w:spacing w:line="276" w:lineRule="auto"/>
      </w:pPr>
      <w:r>
        <w:rPr>
          <w:rFonts w:ascii="Times New Roman" w:hAnsi="Times New Roman"/>
          <w:sz w:val="24"/>
        </w:rPr>
        <w:t>[ ] Test: Verify LLM cannot make decision for user</w:t>
      </w:r>
    </w:p>
    <w:p>
      <w:pPr>
        <w:spacing w:line="384" w:lineRule="auto" w:after="200"/>
        <w:jc w:val="both"/>
      </w:pPr>
      <w:r>
        <w:rPr>
          <w:rFonts w:ascii="Times New Roman" w:hAnsi="Times New Roman"/>
          <w:b/>
          <w:sz w:val="24"/>
        </w:rPr>
        <w:t>Phase 5: Transparency &amp; Bias Detection</w:t>
      </w:r>
    </w:p>
    <w:p>
      <w:pPr>
        <w:pStyle w:val="ListBullet"/>
        <w:spacing w:line="276" w:lineRule="auto"/>
      </w:pPr>
      <w:r>
        <w:rPr>
          <w:rFonts w:ascii="Times New Roman" w:hAnsi="Times New Roman"/>
          <w:sz w:val="24"/>
        </w:rPr>
        <w:t>[ ] Log all LLM actions (facilitation log)</w:t>
      </w:r>
    </w:p>
    <w:p>
      <w:pPr>
        <w:pStyle w:val="ListBullet"/>
        <w:spacing w:line="276" w:lineRule="auto"/>
      </w:pPr>
      <w:r>
        <w:rPr>
          <w:rFonts w:ascii="Times New Roman" w:hAnsi="Times New Roman"/>
          <w:sz w:val="24"/>
        </w:rPr>
        <w:t>[ ] Implement vocabulary balance analysis</w:t>
      </w:r>
    </w:p>
    <w:p>
      <w:pPr>
        <w:pStyle w:val="ListBullet"/>
        <w:spacing w:line="276" w:lineRule="auto"/>
      </w:pPr>
      <w:r>
        <w:rPr>
          <w:rFonts w:ascii="Times New Roman" w:hAnsi="Times New Roman"/>
          <w:sz w:val="24"/>
        </w:rPr>
        <w:t>[ ] Implement length balance analysis</w:t>
      </w:r>
    </w:p>
    <w:p>
      <w:pPr>
        <w:pStyle w:val="ListBullet"/>
        <w:spacing w:line="276" w:lineRule="auto"/>
      </w:pPr>
      <w:r>
        <w:rPr>
          <w:rFonts w:ascii="Times New Roman" w:hAnsi="Times New Roman"/>
          <w:sz w:val="24"/>
        </w:rPr>
        <w:t>[ ] Implement framing balance analysis</w:t>
      </w:r>
    </w:p>
    <w:p>
      <w:pPr>
        <w:pStyle w:val="ListBullet"/>
        <w:spacing w:line="276" w:lineRule="auto"/>
      </w:pPr>
      <w:r>
        <w:rPr>
          <w:rFonts w:ascii="Times New Roman" w:hAnsi="Times New Roman"/>
          <w:sz w:val="24"/>
        </w:rPr>
        <w:t>[ ] Test: Inject biased deliberation, verify detection</w:t>
      </w:r>
    </w:p>
    <w:p>
      <w:pPr>
        <w:spacing w:line="384" w:lineRule="auto" w:after="200"/>
        <w:jc w:val="both"/>
      </w:pPr>
      <w:r>
        <w:rPr>
          <w:rFonts w:ascii="Times New Roman" w:hAnsi="Times New Roman"/>
          <w:b/>
          <w:sz w:val="24"/>
        </w:rPr>
        <w:t>Phase 6: Minority Protections (Multi-User)</w:t>
      </w:r>
    </w:p>
    <w:p>
      <w:pPr>
        <w:pStyle w:val="ListBullet"/>
        <w:spacing w:line="276" w:lineRule="auto"/>
      </w:pPr>
      <w:r>
        <w:rPr>
          <w:rFonts w:ascii="Times New Roman" w:hAnsi="Times New Roman"/>
          <w:sz w:val="24"/>
        </w:rPr>
        <w:t>[ ] Implement minority stakeholder identification (&lt;30% support)</w:t>
      </w:r>
    </w:p>
    <w:p>
      <w:pPr>
        <w:pStyle w:val="ListBullet"/>
        <w:spacing w:line="276" w:lineRule="auto"/>
      </w:pPr>
      <w:r>
        <w:rPr>
          <w:rFonts w:ascii="Times New Roman" w:hAnsi="Times New Roman"/>
          <w:sz w:val="24"/>
        </w:rPr>
        <w:t>[ ] Mandate minority accommodation in option set</w:t>
      </w:r>
    </w:p>
    <w:p>
      <w:pPr>
        <w:pStyle w:val="ListBullet"/>
        <w:spacing w:line="276" w:lineRule="auto"/>
      </w:pPr>
      <w:r>
        <w:rPr>
          <w:rFonts w:ascii="Times New Roman" w:hAnsi="Times New Roman"/>
          <w:sz w:val="24"/>
        </w:rPr>
        <w:t>[ ] Implement dissent documentation in outcome storage</w:t>
      </w:r>
    </w:p>
    <w:p>
      <w:pPr>
        <w:pStyle w:val="ListBullet"/>
        <w:spacing w:line="276" w:lineRule="auto"/>
      </w:pPr>
      <w:r>
        <w:rPr>
          <w:rFonts w:ascii="Times New Roman" w:hAnsi="Times New Roman"/>
          <w:sz w:val="24"/>
        </w:rPr>
        <w:t>[ ] Test: Verify minority position preserved even if majority rejects</w:t>
      </w:r>
    </w:p>
    <w:p>
      <w:pPr>
        <w:spacing w:line="384" w:lineRule="auto" w:after="200"/>
        <w:jc w:val="both"/>
      </w:pPr>
      <w:r>
        <w:rPr>
          <w:rFonts w:ascii="Times New Roman" w:hAnsi="Times New Roman"/>
          <w:b/>
          <w:sz w:val="24"/>
        </w:rPr>
        <w:t>Phase 7: Auditability</w:t>
      </w:r>
    </w:p>
    <w:p>
      <w:pPr>
        <w:pStyle w:val="ListBullet"/>
        <w:spacing w:line="276" w:lineRule="auto"/>
      </w:pPr>
      <w:r>
        <w:rPr>
          <w:rFonts w:ascii="Times New Roman" w:hAnsi="Times New Roman"/>
          <w:sz w:val="24"/>
        </w:rPr>
        <w:t>[ ] Save all deliberations to database (DeliberationSession collection)</w:t>
      </w:r>
    </w:p>
    <w:p>
      <w:pPr>
        <w:pStyle w:val="ListBullet"/>
        <w:spacing w:line="276" w:lineRule="auto"/>
      </w:pPr>
      <w:r>
        <w:rPr>
          <w:rFonts w:ascii="Times New Roman" w:hAnsi="Times New Roman"/>
          <w:sz w:val="24"/>
        </w:rPr>
        <w:t>[ ] Generate transparency reports (JSON format)</w:t>
      </w:r>
    </w:p>
    <w:p>
      <w:pPr>
        <w:pStyle w:val="ListBullet"/>
        <w:spacing w:line="276" w:lineRule="auto"/>
      </w:pPr>
      <w:r>
        <w:rPr>
          <w:rFonts w:ascii="Times New Roman" w:hAnsi="Times New Roman"/>
          <w:sz w:val="24"/>
        </w:rPr>
        <w:t>[ ] Implement researcher review dashboard</w:t>
      </w:r>
    </w:p>
    <w:p>
      <w:pPr>
        <w:pStyle w:val="ListBullet"/>
        <w:spacing w:line="276" w:lineRule="auto"/>
      </w:pPr>
      <w:r>
        <w:rPr>
          <w:rFonts w:ascii="Times New Roman" w:hAnsi="Times New Roman"/>
          <w:sz w:val="24"/>
        </w:rPr>
        <w:t>[ ] Test: Verify all LLM actions are traceable</w:t>
      </w:r>
    </w:p>
    <w:p/>
    <w:p>
      <w:pPr>
        <w:spacing w:line="384" w:lineRule="auto" w:after="200"/>
        <w:jc w:val="both"/>
      </w:pPr>
      <w:r>
        <w:rPr>
          <w:rFonts w:ascii="Times New Roman" w:hAnsi="Times New Roman"/>
          <w:b/>
          <w:sz w:val="24"/>
        </w:rPr>
        <w:t>End of Document</w:t>
      </w:r>
    </w:p>
    <w:sectPr w:rsidR="00FC693F" w:rsidRPr="0006063C"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